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9C4B9" w14:textId="4E9E267B" w:rsidR="007E2344" w:rsidRDefault="007E2344">
      <w:pPr>
        <w:spacing w:after="80" w:line="240" w:lineRule="auto"/>
        <w:jc w:val="center"/>
        <w:rPr>
          <w:rFonts w:asciiTheme="minorHAnsi" w:hAnsiTheme="minorHAnsi"/>
          <w:szCs w:val="17"/>
        </w:rPr>
      </w:pPr>
    </w:p>
    <w:p w14:paraId="6A5DBDDA" w14:textId="77777777" w:rsidR="00106A45" w:rsidRDefault="00106A45" w:rsidP="004B3C84">
      <w:pPr>
        <w:spacing w:after="80" w:line="240" w:lineRule="auto"/>
        <w:rPr>
          <w:rFonts w:asciiTheme="minorHAnsi" w:hAnsiTheme="minorHAnsi"/>
          <w:szCs w:val="17"/>
        </w:rPr>
      </w:pPr>
    </w:p>
    <w:p w14:paraId="208ED737" w14:textId="4F2A6F9F" w:rsidR="00E5324B" w:rsidRPr="00E5324B" w:rsidRDefault="0026486C" w:rsidP="00106A45">
      <w:pPr>
        <w:keepNext/>
        <w:keepLines/>
        <w:pBdr>
          <w:bottom w:val="single" w:sz="14" w:space="4" w:color="B07932"/>
        </w:pBdr>
        <w:shd w:val="clear" w:color="auto" w:fill="FDE9D9" w:themeFill="accent6" w:themeFillTint="33"/>
        <w:spacing w:before="80" w:after="160" w:line="240" w:lineRule="auto"/>
        <w:jc w:val="center"/>
        <w:rPr>
          <w:rFonts w:ascii="Cambria" w:hAnsi="Cambria" w:cs="Aptos"/>
          <w:b/>
          <w:color w:val="243E63"/>
          <w:sz w:val="24"/>
          <w:szCs w:val="20"/>
        </w:rPr>
      </w:pPr>
      <w:r w:rsidRPr="00E5324B">
        <w:rPr>
          <w:rFonts w:ascii="Cambria" w:hAnsi="Cambria" w:cs="Aptos"/>
          <w:b/>
          <w:color w:val="243E63"/>
          <w:sz w:val="24"/>
          <w:szCs w:val="20"/>
        </w:rPr>
        <w:t>SPONSORLUK BEDEL ve KOŞULLARI</w:t>
      </w:r>
    </w:p>
    <w:p w14:paraId="01C37C2D" w14:textId="49C46A28" w:rsidR="007E2344" w:rsidRPr="005C414E" w:rsidRDefault="0026486C" w:rsidP="0019577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Elmas Sponsorluklar: 40.000 Euro</w:t>
      </w:r>
    </w:p>
    <w:p w14:paraId="437F797A" w14:textId="0E987BF8" w:rsidR="007E2344" w:rsidRPr="005C414E" w:rsidRDefault="0026486C" w:rsidP="009436EC">
      <w:pPr>
        <w:pStyle w:val="ListeParagraf"/>
        <w:keepLines/>
        <w:numPr>
          <w:ilvl w:val="0"/>
          <w:numId w:val="11"/>
        </w:numPr>
        <w:spacing w:after="32" w:line="240" w:lineRule="auto"/>
        <w:ind w:left="284" w:hanging="284"/>
        <w:jc w:val="both"/>
        <w:rPr>
          <w:rFonts w:ascii="Cambria" w:hAnsi="Cambria"/>
          <w:sz w:val="20"/>
          <w:szCs w:val="20"/>
        </w:rPr>
      </w:pPr>
      <w:r w:rsidRPr="005C414E">
        <w:rPr>
          <w:rFonts w:ascii="Cambria" w:hAnsi="Cambria" w:cs="Aptos"/>
          <w:sz w:val="20"/>
          <w:szCs w:val="20"/>
        </w:rPr>
        <w:t>Firmadan 5 kişinin delege kaydı (5 tek kişilik oda) sponsorluk paketine ücretsiz dâhil edilecektir.</w:t>
      </w:r>
    </w:p>
    <w:p w14:paraId="0C6420D5" w14:textId="5749D2D2" w:rsidR="007E2344" w:rsidRPr="005C414E" w:rsidRDefault="0026486C" w:rsidP="009436EC">
      <w:pPr>
        <w:pStyle w:val="ListeParagraf"/>
        <w:keepLines/>
        <w:numPr>
          <w:ilvl w:val="0"/>
          <w:numId w:val="11"/>
        </w:numPr>
        <w:spacing w:after="32" w:line="240" w:lineRule="auto"/>
        <w:ind w:left="284" w:hanging="284"/>
        <w:jc w:val="both"/>
        <w:rPr>
          <w:rFonts w:ascii="Cambria" w:hAnsi="Cambria"/>
          <w:sz w:val="20"/>
          <w:szCs w:val="20"/>
        </w:rPr>
      </w:pPr>
      <w:r w:rsidRPr="005C414E">
        <w:rPr>
          <w:rFonts w:ascii="Cambria" w:hAnsi="Cambria" w:cs="Aptos"/>
          <w:sz w:val="20"/>
          <w:szCs w:val="20"/>
        </w:rPr>
        <w:t>Firmaya sergi alanının öncelikli kısmında en çok 30 m2 stant alanı ücretsiz verilecektir.</w:t>
      </w:r>
    </w:p>
    <w:p w14:paraId="784C37E2" w14:textId="3E5EAFEE" w:rsidR="007E2344" w:rsidRPr="005C414E" w:rsidRDefault="0026486C" w:rsidP="009436EC">
      <w:pPr>
        <w:pStyle w:val="ListeParagraf"/>
        <w:keepLines/>
        <w:numPr>
          <w:ilvl w:val="0"/>
          <w:numId w:val="11"/>
        </w:numPr>
        <w:spacing w:after="32" w:line="240" w:lineRule="auto"/>
        <w:ind w:left="284" w:hanging="284"/>
        <w:jc w:val="both"/>
        <w:rPr>
          <w:rFonts w:ascii="Cambria" w:hAnsi="Cambria"/>
          <w:sz w:val="20"/>
          <w:szCs w:val="20"/>
        </w:rPr>
      </w:pPr>
      <w:r w:rsidRPr="005C414E">
        <w:rPr>
          <w:rFonts w:ascii="Cambria" w:hAnsi="Cambria" w:cs="Aptos"/>
          <w:sz w:val="20"/>
          <w:szCs w:val="20"/>
        </w:rPr>
        <w:t>Firmanın logosuna Kongre Web sayfasında</w:t>
      </w:r>
      <w:r w:rsidR="002E288D" w:rsidRPr="005C414E">
        <w:rPr>
          <w:rFonts w:ascii="Cambria" w:hAnsi="Cambria" w:cs="Aptos"/>
          <w:sz w:val="20"/>
          <w:szCs w:val="20"/>
        </w:rPr>
        <w:t xml:space="preserve"> ve dijital platformlarda</w:t>
      </w:r>
      <w:r w:rsidRPr="005C414E">
        <w:rPr>
          <w:rFonts w:ascii="Cambria" w:hAnsi="Cambria" w:cs="Aptos"/>
          <w:sz w:val="20"/>
          <w:szCs w:val="20"/>
        </w:rPr>
        <w:t xml:space="preserve"> yer verilecektir.</w:t>
      </w:r>
    </w:p>
    <w:p w14:paraId="1F08D543" w14:textId="61CE81D9" w:rsidR="007E2344" w:rsidRPr="005C414E" w:rsidRDefault="0026486C" w:rsidP="009436EC">
      <w:pPr>
        <w:pStyle w:val="ListeParagraf"/>
        <w:keepLines/>
        <w:numPr>
          <w:ilvl w:val="0"/>
          <w:numId w:val="11"/>
        </w:numPr>
        <w:spacing w:after="32" w:line="240"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30EA1E11" w14:textId="2DECB094" w:rsidR="007E2344" w:rsidRPr="005C414E" w:rsidRDefault="0026486C" w:rsidP="009436EC">
      <w:pPr>
        <w:pStyle w:val="ListeParagraf"/>
        <w:keepLines/>
        <w:numPr>
          <w:ilvl w:val="0"/>
          <w:numId w:val="11"/>
        </w:numPr>
        <w:spacing w:after="32" w:line="240" w:lineRule="auto"/>
        <w:ind w:left="284" w:hanging="284"/>
        <w:jc w:val="both"/>
        <w:rPr>
          <w:rFonts w:ascii="Cambria" w:hAnsi="Cambria"/>
          <w:sz w:val="20"/>
          <w:szCs w:val="20"/>
        </w:rPr>
      </w:pPr>
      <w:r w:rsidRPr="005C414E">
        <w:rPr>
          <w:rFonts w:ascii="Cambria" w:hAnsi="Cambria" w:cs="Aptos"/>
          <w:sz w:val="20"/>
          <w:szCs w:val="20"/>
        </w:rPr>
        <w:t>Firmaya tanıtım etkinliği yapmak üzere özel salon tahsis edilecektir.</w:t>
      </w:r>
    </w:p>
    <w:p w14:paraId="5A95E910" w14:textId="37314FE3" w:rsidR="007E2344" w:rsidRPr="005C414E" w:rsidRDefault="0026486C" w:rsidP="009436EC">
      <w:pPr>
        <w:pStyle w:val="ListeParagraf"/>
        <w:keepLines/>
        <w:numPr>
          <w:ilvl w:val="0"/>
          <w:numId w:val="11"/>
        </w:numPr>
        <w:spacing w:after="32" w:line="240" w:lineRule="auto"/>
        <w:ind w:left="284" w:hanging="284"/>
        <w:jc w:val="both"/>
        <w:rPr>
          <w:rFonts w:ascii="Cambria" w:hAnsi="Cambria" w:cs="Aptos"/>
          <w:sz w:val="20"/>
          <w:szCs w:val="20"/>
        </w:rPr>
      </w:pPr>
      <w:r w:rsidRPr="005C414E">
        <w:rPr>
          <w:rFonts w:ascii="Cambria" w:hAnsi="Cambria" w:cs="Aptos"/>
          <w:sz w:val="20"/>
          <w:szCs w:val="20"/>
        </w:rPr>
        <w:t>Firmanın talep etmesi halinde Gala yemeğinde bir masa tahsis edilecektir.</w:t>
      </w:r>
    </w:p>
    <w:p w14:paraId="441AFBA8" w14:textId="77777777" w:rsidR="00F50A2C" w:rsidRPr="005C414E" w:rsidRDefault="00F50A2C" w:rsidP="00195771">
      <w:pPr>
        <w:keepLines/>
        <w:spacing w:after="32" w:line="240" w:lineRule="auto"/>
        <w:ind w:left="173" w:hanging="173"/>
        <w:jc w:val="both"/>
        <w:rPr>
          <w:rFonts w:ascii="Cambria" w:hAnsi="Cambria"/>
          <w:sz w:val="20"/>
          <w:szCs w:val="20"/>
        </w:rPr>
      </w:pPr>
    </w:p>
    <w:p w14:paraId="5A3524A3" w14:textId="77777777" w:rsidR="007E2344" w:rsidRPr="005C414E" w:rsidRDefault="0026486C" w:rsidP="0019577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Yakut Sponsorluklar: 30.000 Euro</w:t>
      </w:r>
    </w:p>
    <w:p w14:paraId="43CB5B6E" w14:textId="4B2EAEF2" w:rsidR="007E2344" w:rsidRPr="005C414E" w:rsidRDefault="0026486C" w:rsidP="00A34D3F">
      <w:pPr>
        <w:pStyle w:val="ListeParagraf"/>
        <w:keepLines/>
        <w:numPr>
          <w:ilvl w:val="0"/>
          <w:numId w:val="14"/>
        </w:numPr>
        <w:spacing w:after="32" w:line="240" w:lineRule="auto"/>
        <w:ind w:left="284" w:hanging="284"/>
        <w:jc w:val="both"/>
        <w:rPr>
          <w:rFonts w:ascii="Cambria" w:hAnsi="Cambria"/>
          <w:sz w:val="20"/>
          <w:szCs w:val="20"/>
        </w:rPr>
      </w:pPr>
      <w:r w:rsidRPr="005C414E">
        <w:rPr>
          <w:rFonts w:ascii="Cambria" w:hAnsi="Cambria" w:cs="Aptos"/>
          <w:sz w:val="20"/>
          <w:szCs w:val="20"/>
        </w:rPr>
        <w:t>Firmadan 5 kişinin delege kaydı (5 tek kişilik oda) sponsorluk paketine ücretsiz dâhil edilecektir.</w:t>
      </w:r>
    </w:p>
    <w:p w14:paraId="6B7F591C" w14:textId="73F22724" w:rsidR="007E2344" w:rsidRPr="005C414E" w:rsidRDefault="0026486C" w:rsidP="00A34D3F">
      <w:pPr>
        <w:pStyle w:val="ListeParagraf"/>
        <w:keepLines/>
        <w:numPr>
          <w:ilvl w:val="0"/>
          <w:numId w:val="14"/>
        </w:numPr>
        <w:spacing w:after="32" w:line="240" w:lineRule="auto"/>
        <w:ind w:left="284" w:hanging="284"/>
        <w:jc w:val="both"/>
        <w:rPr>
          <w:rFonts w:ascii="Cambria" w:hAnsi="Cambria"/>
          <w:sz w:val="20"/>
          <w:szCs w:val="20"/>
        </w:rPr>
      </w:pPr>
      <w:r w:rsidRPr="005C414E">
        <w:rPr>
          <w:rFonts w:ascii="Cambria" w:hAnsi="Cambria" w:cs="Aptos"/>
          <w:sz w:val="20"/>
          <w:szCs w:val="20"/>
        </w:rPr>
        <w:t>Firmaya sergi alanının öncelikli kısmında en çok 15 m2 stant alanı ücretsiz verilecektir.</w:t>
      </w:r>
    </w:p>
    <w:p w14:paraId="7E5AB9B7" w14:textId="1AB0D650" w:rsidR="002E288D" w:rsidRPr="005C414E" w:rsidRDefault="002E288D" w:rsidP="00A34D3F">
      <w:pPr>
        <w:pStyle w:val="ListeParagraf"/>
        <w:keepLines/>
        <w:numPr>
          <w:ilvl w:val="0"/>
          <w:numId w:val="14"/>
        </w:numPr>
        <w:spacing w:after="32" w:line="240"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4D508409" w14:textId="0404C1DD" w:rsidR="007E2344" w:rsidRPr="005C414E" w:rsidRDefault="0026486C" w:rsidP="00A34D3F">
      <w:pPr>
        <w:pStyle w:val="ListeParagraf"/>
        <w:keepLines/>
        <w:numPr>
          <w:ilvl w:val="0"/>
          <w:numId w:val="14"/>
        </w:numPr>
        <w:spacing w:after="32" w:line="240"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2F8DAB48" w14:textId="3EAEFCA3" w:rsidR="007E2344" w:rsidRPr="005C414E" w:rsidRDefault="0026486C" w:rsidP="00A34D3F">
      <w:pPr>
        <w:pStyle w:val="ListeParagraf"/>
        <w:keepLines/>
        <w:numPr>
          <w:ilvl w:val="0"/>
          <w:numId w:val="14"/>
        </w:numPr>
        <w:spacing w:after="32" w:line="240" w:lineRule="auto"/>
        <w:ind w:left="284" w:hanging="284"/>
        <w:jc w:val="both"/>
        <w:rPr>
          <w:rFonts w:ascii="Cambria" w:hAnsi="Cambria"/>
          <w:sz w:val="20"/>
          <w:szCs w:val="20"/>
        </w:rPr>
      </w:pPr>
      <w:r w:rsidRPr="005C414E">
        <w:rPr>
          <w:rFonts w:ascii="Cambria" w:hAnsi="Cambria" w:cs="Aptos"/>
          <w:sz w:val="20"/>
          <w:szCs w:val="20"/>
        </w:rPr>
        <w:t>Firmaya tanıtım etkinliği yapmak üzere özel salon tahsis edilecektir.</w:t>
      </w:r>
    </w:p>
    <w:p w14:paraId="68F0ADCA" w14:textId="0CFBBEC0" w:rsidR="007E2344" w:rsidRPr="005C414E" w:rsidRDefault="0026486C" w:rsidP="00A34D3F">
      <w:pPr>
        <w:pStyle w:val="ListeParagraf"/>
        <w:keepLines/>
        <w:numPr>
          <w:ilvl w:val="0"/>
          <w:numId w:val="14"/>
        </w:numPr>
        <w:spacing w:after="32" w:line="240" w:lineRule="auto"/>
        <w:ind w:left="284" w:hanging="284"/>
        <w:jc w:val="both"/>
        <w:rPr>
          <w:rFonts w:ascii="Cambria" w:hAnsi="Cambria" w:cs="Aptos"/>
          <w:sz w:val="20"/>
          <w:szCs w:val="20"/>
        </w:rPr>
      </w:pPr>
      <w:r w:rsidRPr="005C414E">
        <w:rPr>
          <w:rFonts w:ascii="Cambria" w:hAnsi="Cambria" w:cs="Aptos"/>
          <w:sz w:val="20"/>
          <w:szCs w:val="20"/>
        </w:rPr>
        <w:t>Firmanın talep etmesi halinde Gala yemeğinde bir masa tahsis edilecektir.</w:t>
      </w:r>
    </w:p>
    <w:p w14:paraId="744806E8" w14:textId="77777777" w:rsidR="00F50A2C" w:rsidRPr="005C414E" w:rsidRDefault="00F50A2C" w:rsidP="00195771">
      <w:pPr>
        <w:keepLines/>
        <w:spacing w:after="32" w:line="240" w:lineRule="auto"/>
        <w:ind w:left="173" w:hanging="173"/>
        <w:jc w:val="both"/>
        <w:rPr>
          <w:rFonts w:ascii="Cambria" w:hAnsi="Cambria"/>
          <w:sz w:val="20"/>
          <w:szCs w:val="20"/>
        </w:rPr>
      </w:pPr>
    </w:p>
    <w:p w14:paraId="0A3DDB09" w14:textId="77777777" w:rsidR="007E2344" w:rsidRPr="005C414E" w:rsidRDefault="0026486C" w:rsidP="0019577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Zümrüt Sponsorluklar: 25.000 Euro</w:t>
      </w:r>
    </w:p>
    <w:p w14:paraId="0208995A" w14:textId="69DB9BF6" w:rsidR="007E2344" w:rsidRPr="005C414E" w:rsidRDefault="0026486C" w:rsidP="00A34D3F">
      <w:pPr>
        <w:pStyle w:val="ListeParagraf"/>
        <w:keepLines/>
        <w:numPr>
          <w:ilvl w:val="0"/>
          <w:numId w:val="17"/>
        </w:numPr>
        <w:spacing w:after="32" w:line="240" w:lineRule="auto"/>
        <w:ind w:left="284" w:hanging="284"/>
        <w:jc w:val="both"/>
        <w:rPr>
          <w:rFonts w:ascii="Cambria" w:hAnsi="Cambria"/>
          <w:sz w:val="20"/>
          <w:szCs w:val="20"/>
        </w:rPr>
      </w:pPr>
      <w:r w:rsidRPr="005C414E">
        <w:rPr>
          <w:rFonts w:ascii="Cambria" w:hAnsi="Cambria" w:cs="Aptos"/>
          <w:sz w:val="20"/>
          <w:szCs w:val="20"/>
        </w:rPr>
        <w:t>Firmadan 3 kişinin delege kaydı (3 tek kişilik oda) sponsorluk paketine ücretsiz dâhil edilecektir.</w:t>
      </w:r>
    </w:p>
    <w:p w14:paraId="1EEFC433" w14:textId="1D2A274B" w:rsidR="007E2344" w:rsidRPr="005C414E" w:rsidRDefault="0026486C" w:rsidP="00A34D3F">
      <w:pPr>
        <w:pStyle w:val="ListeParagraf"/>
        <w:keepLines/>
        <w:numPr>
          <w:ilvl w:val="0"/>
          <w:numId w:val="17"/>
        </w:numPr>
        <w:spacing w:after="32" w:line="240" w:lineRule="auto"/>
        <w:ind w:left="284" w:hanging="284"/>
        <w:jc w:val="both"/>
        <w:rPr>
          <w:rFonts w:ascii="Cambria" w:hAnsi="Cambria"/>
          <w:sz w:val="20"/>
          <w:szCs w:val="20"/>
        </w:rPr>
      </w:pPr>
      <w:r w:rsidRPr="005C414E">
        <w:rPr>
          <w:rFonts w:ascii="Cambria" w:hAnsi="Cambria" w:cs="Aptos"/>
          <w:sz w:val="20"/>
          <w:szCs w:val="20"/>
        </w:rPr>
        <w:t>Firmaya sergi alanının öncelikli kısmında en çok 15m2 stant alanı ücretsiz verilecektir.</w:t>
      </w:r>
    </w:p>
    <w:p w14:paraId="6F469C56" w14:textId="56D0BE70" w:rsidR="007E2344" w:rsidRPr="005C414E" w:rsidRDefault="002E288D" w:rsidP="00A34D3F">
      <w:pPr>
        <w:pStyle w:val="ListeParagraf"/>
        <w:keepLines/>
        <w:numPr>
          <w:ilvl w:val="0"/>
          <w:numId w:val="17"/>
        </w:numPr>
        <w:spacing w:after="32" w:line="240"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02E88ED9" w14:textId="1ADD62CF" w:rsidR="007E2344" w:rsidRPr="005C414E" w:rsidRDefault="0026486C" w:rsidP="00A34D3F">
      <w:pPr>
        <w:pStyle w:val="ListeParagraf"/>
        <w:keepLines/>
        <w:numPr>
          <w:ilvl w:val="0"/>
          <w:numId w:val="17"/>
        </w:numPr>
        <w:spacing w:after="32" w:line="240"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1E31E822" w14:textId="2C22B8F8" w:rsidR="007E2344" w:rsidRPr="005C414E" w:rsidRDefault="0026486C" w:rsidP="00A34D3F">
      <w:pPr>
        <w:pStyle w:val="ListeParagraf"/>
        <w:keepLines/>
        <w:numPr>
          <w:ilvl w:val="0"/>
          <w:numId w:val="17"/>
        </w:numPr>
        <w:spacing w:after="32" w:line="240" w:lineRule="auto"/>
        <w:ind w:left="284" w:hanging="284"/>
        <w:jc w:val="both"/>
        <w:rPr>
          <w:rFonts w:ascii="Cambria" w:hAnsi="Cambria"/>
          <w:sz w:val="20"/>
          <w:szCs w:val="20"/>
        </w:rPr>
      </w:pPr>
      <w:r w:rsidRPr="005C414E">
        <w:rPr>
          <w:rFonts w:ascii="Cambria" w:hAnsi="Cambria" w:cs="Aptos"/>
          <w:sz w:val="20"/>
          <w:szCs w:val="20"/>
        </w:rPr>
        <w:t>Firmaya tanıtım etkinliği yapmak üzere özel salon tahsis edilecektir.</w:t>
      </w:r>
    </w:p>
    <w:p w14:paraId="7BA31818" w14:textId="3E9D0807" w:rsidR="007E2344" w:rsidRPr="005C414E" w:rsidRDefault="0026486C" w:rsidP="00A34D3F">
      <w:pPr>
        <w:pStyle w:val="ListeParagraf"/>
        <w:keepLines/>
        <w:numPr>
          <w:ilvl w:val="0"/>
          <w:numId w:val="17"/>
        </w:numPr>
        <w:spacing w:after="32" w:line="240" w:lineRule="auto"/>
        <w:ind w:left="284" w:hanging="284"/>
        <w:jc w:val="both"/>
        <w:rPr>
          <w:rFonts w:ascii="Cambria" w:hAnsi="Cambria" w:cs="Aptos"/>
          <w:sz w:val="20"/>
          <w:szCs w:val="20"/>
        </w:rPr>
      </w:pPr>
      <w:r w:rsidRPr="005C414E">
        <w:rPr>
          <w:rFonts w:ascii="Cambria" w:hAnsi="Cambria" w:cs="Aptos"/>
          <w:sz w:val="20"/>
          <w:szCs w:val="20"/>
        </w:rPr>
        <w:t>Firmanın talep etmesi halinde Gala yemeğinde bir masa tahsis edilecektir.</w:t>
      </w:r>
    </w:p>
    <w:p w14:paraId="03045FF1" w14:textId="77777777" w:rsidR="00195771" w:rsidRPr="005C414E" w:rsidRDefault="00195771">
      <w:pPr>
        <w:rPr>
          <w:rFonts w:ascii="Cambria" w:hAnsi="Cambria"/>
          <w:sz w:val="20"/>
          <w:szCs w:val="20"/>
        </w:rPr>
      </w:pPr>
    </w:p>
    <w:p w14:paraId="59E1548D" w14:textId="77777777" w:rsidR="00195771" w:rsidRPr="005C414E" w:rsidRDefault="00195771" w:rsidP="0019577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Kongre Çantası Sponsorluğu: 30.000 Euro</w:t>
      </w:r>
    </w:p>
    <w:p w14:paraId="34758150" w14:textId="72FE0F7F" w:rsidR="00195771" w:rsidRPr="005C414E" w:rsidRDefault="00195771" w:rsidP="0054170F">
      <w:pPr>
        <w:pStyle w:val="ListeParagraf"/>
        <w:keepLines/>
        <w:numPr>
          <w:ilvl w:val="0"/>
          <w:numId w:val="18"/>
        </w:numPr>
        <w:spacing w:after="32" w:line="242" w:lineRule="auto"/>
        <w:ind w:left="284" w:hanging="284"/>
        <w:jc w:val="both"/>
        <w:rPr>
          <w:rFonts w:ascii="Cambria" w:hAnsi="Cambria"/>
          <w:sz w:val="20"/>
          <w:szCs w:val="20"/>
        </w:rPr>
      </w:pPr>
      <w:r w:rsidRPr="005C414E">
        <w:rPr>
          <w:rFonts w:ascii="Cambria" w:hAnsi="Cambria" w:cs="Aptos"/>
          <w:sz w:val="20"/>
          <w:szCs w:val="20"/>
        </w:rPr>
        <w:t>Firmadan 3 kişinin delege kaydı (3 tek kişilik oda) sponsorluk paketine ücretsiz dâhil edilecektir.</w:t>
      </w:r>
    </w:p>
    <w:p w14:paraId="1AEEAD9C" w14:textId="153B703F" w:rsidR="00195771" w:rsidRPr="005C414E" w:rsidRDefault="00195771" w:rsidP="0054170F">
      <w:pPr>
        <w:pStyle w:val="ListeParagraf"/>
        <w:keepLines/>
        <w:numPr>
          <w:ilvl w:val="0"/>
          <w:numId w:val="18"/>
        </w:numPr>
        <w:spacing w:after="32" w:line="242" w:lineRule="auto"/>
        <w:ind w:left="284" w:hanging="284"/>
        <w:jc w:val="both"/>
        <w:rPr>
          <w:rFonts w:ascii="Cambria" w:hAnsi="Cambria"/>
          <w:sz w:val="20"/>
          <w:szCs w:val="20"/>
        </w:rPr>
      </w:pPr>
      <w:r w:rsidRPr="005C414E">
        <w:rPr>
          <w:rFonts w:ascii="Cambria" w:hAnsi="Cambria" w:cs="Aptos"/>
          <w:sz w:val="20"/>
          <w:szCs w:val="20"/>
        </w:rPr>
        <w:t>Firmaya sergi alanında en çok 15 m2 stant alanı ücretsiz verilecektir.</w:t>
      </w:r>
    </w:p>
    <w:p w14:paraId="51870174" w14:textId="74FE7462" w:rsidR="00195771" w:rsidRPr="005C414E" w:rsidRDefault="00195771" w:rsidP="0054170F">
      <w:pPr>
        <w:pStyle w:val="ListeParagraf"/>
        <w:keepLines/>
        <w:numPr>
          <w:ilvl w:val="0"/>
          <w:numId w:val="18"/>
        </w:numPr>
        <w:spacing w:after="32" w:line="242" w:lineRule="auto"/>
        <w:ind w:left="284" w:hanging="284"/>
        <w:jc w:val="both"/>
        <w:rPr>
          <w:rFonts w:ascii="Cambria" w:hAnsi="Cambria"/>
          <w:sz w:val="20"/>
          <w:szCs w:val="20"/>
        </w:rPr>
      </w:pPr>
      <w:r w:rsidRPr="005C414E">
        <w:rPr>
          <w:rFonts w:ascii="Cambria" w:hAnsi="Cambria" w:cs="Aptos"/>
          <w:sz w:val="20"/>
          <w:szCs w:val="20"/>
        </w:rPr>
        <w:t>Kongre çantası üzerine firma ismi ve logosu bastırılacaktır.</w:t>
      </w:r>
    </w:p>
    <w:p w14:paraId="434F996E" w14:textId="58490A58" w:rsidR="00195771" w:rsidRPr="005C414E" w:rsidRDefault="00835861" w:rsidP="0054170F">
      <w:pPr>
        <w:pStyle w:val="ListeParagraf"/>
        <w:keepLines/>
        <w:numPr>
          <w:ilvl w:val="0"/>
          <w:numId w:val="18"/>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5FBDE614" w14:textId="27A8384B" w:rsidR="00195771" w:rsidRPr="005C414E" w:rsidRDefault="00195771" w:rsidP="0054170F">
      <w:pPr>
        <w:pStyle w:val="ListeParagraf"/>
        <w:keepLines/>
        <w:numPr>
          <w:ilvl w:val="0"/>
          <w:numId w:val="18"/>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44EA31B8" w14:textId="7666649A" w:rsidR="000F7ED4" w:rsidRPr="005C414E" w:rsidRDefault="00195771" w:rsidP="0054170F">
      <w:pPr>
        <w:pStyle w:val="ListeParagraf"/>
        <w:keepLines/>
        <w:numPr>
          <w:ilvl w:val="0"/>
          <w:numId w:val="18"/>
        </w:numPr>
        <w:spacing w:after="32" w:line="242" w:lineRule="auto"/>
        <w:ind w:left="284" w:hanging="284"/>
        <w:jc w:val="both"/>
        <w:rPr>
          <w:rFonts w:ascii="Cambria" w:hAnsi="Cambria"/>
          <w:sz w:val="20"/>
          <w:szCs w:val="20"/>
        </w:rPr>
      </w:pPr>
      <w:r w:rsidRPr="005C414E">
        <w:rPr>
          <w:rFonts w:ascii="Cambria" w:hAnsi="Cambria" w:cs="Aptos"/>
          <w:sz w:val="20"/>
          <w:szCs w:val="20"/>
        </w:rPr>
        <w:t>Firmaya tanıtım etkinliği yapmak üzere özel salon tahsis edilecektir.</w:t>
      </w:r>
    </w:p>
    <w:p w14:paraId="15C9D044" w14:textId="71BC5CAA" w:rsidR="00195771" w:rsidRPr="005C414E" w:rsidRDefault="00195771" w:rsidP="0054170F">
      <w:pPr>
        <w:pStyle w:val="ListeParagraf"/>
        <w:keepLines/>
        <w:numPr>
          <w:ilvl w:val="0"/>
          <w:numId w:val="18"/>
        </w:numPr>
        <w:spacing w:after="32" w:line="242" w:lineRule="auto"/>
        <w:ind w:left="284" w:hanging="284"/>
        <w:rPr>
          <w:rFonts w:ascii="Cambria" w:hAnsi="Cambria" w:cs="Aptos"/>
          <w:sz w:val="20"/>
          <w:szCs w:val="20"/>
        </w:rPr>
      </w:pPr>
      <w:r w:rsidRPr="005C414E">
        <w:rPr>
          <w:rFonts w:ascii="Cambria" w:hAnsi="Cambria" w:cs="Aptos"/>
          <w:sz w:val="20"/>
          <w:szCs w:val="20"/>
        </w:rPr>
        <w:t>Firmanın talep etmesi halinde Gala yemeğinde bir masa tahsis edilecektir.</w:t>
      </w:r>
    </w:p>
    <w:p w14:paraId="4FED1DE1" w14:textId="77777777" w:rsidR="00835861" w:rsidRPr="005C414E" w:rsidRDefault="00835861" w:rsidP="00040840">
      <w:pPr>
        <w:keepLines/>
        <w:spacing w:after="32" w:line="242" w:lineRule="auto"/>
        <w:rPr>
          <w:rFonts w:ascii="Cambria" w:hAnsi="Cambria" w:cs="Aptos"/>
          <w:sz w:val="20"/>
          <w:szCs w:val="20"/>
        </w:rPr>
      </w:pPr>
    </w:p>
    <w:p w14:paraId="56A0309B" w14:textId="77777777" w:rsidR="00835861" w:rsidRPr="005C414E" w:rsidRDefault="00835861" w:rsidP="0083586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Gala Yemeği Sponsorluğu: 30.000 Euro</w:t>
      </w:r>
    </w:p>
    <w:p w14:paraId="5A758B6A" w14:textId="1E8C4ACB"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Firmadan 3 kişinin delege kaydı (3 tek kişilik oda) sponsorluk paketine ücretsiz dâhil edilecektir.</w:t>
      </w:r>
    </w:p>
    <w:p w14:paraId="6A724AEE" w14:textId="79862655"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Firmaya sergi alanında en çok 15 m2 stant alanı ücretsiz verilecektir.</w:t>
      </w:r>
    </w:p>
    <w:p w14:paraId="3DB17C1B" w14:textId="2C16060D"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Yemek davetiyelerinde firma ismi yer alacaktır.</w:t>
      </w:r>
    </w:p>
    <w:p w14:paraId="5CF2E402" w14:textId="1654BC43"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Yemek servisinin yapılacağı alanda firmanın reklam flamalarına yer verilebilecektir.</w:t>
      </w:r>
    </w:p>
    <w:p w14:paraId="6D221683" w14:textId="13B0BEC7"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4FC68E1C" w14:textId="3CAB9792"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234F23F0" w14:textId="1E257E0D" w:rsidR="00835861" w:rsidRPr="005C414E" w:rsidRDefault="00835861" w:rsidP="001E3FE4">
      <w:pPr>
        <w:pStyle w:val="ListeParagraf"/>
        <w:keepLines/>
        <w:numPr>
          <w:ilvl w:val="0"/>
          <w:numId w:val="21"/>
        </w:numPr>
        <w:spacing w:after="32" w:line="242" w:lineRule="auto"/>
        <w:ind w:left="284" w:hanging="284"/>
        <w:jc w:val="both"/>
        <w:rPr>
          <w:rFonts w:ascii="Cambria" w:hAnsi="Cambria"/>
          <w:sz w:val="20"/>
          <w:szCs w:val="20"/>
        </w:rPr>
      </w:pPr>
      <w:r w:rsidRPr="005C414E">
        <w:rPr>
          <w:rFonts w:ascii="Cambria" w:hAnsi="Cambria" w:cs="Aptos"/>
          <w:sz w:val="20"/>
          <w:szCs w:val="20"/>
        </w:rPr>
        <w:t>Firmaya tanıtım etkinliği yapmak üzere özel salon tahsis edilecektir.</w:t>
      </w:r>
    </w:p>
    <w:p w14:paraId="2E226C9B" w14:textId="03FDBEAA" w:rsidR="00835861" w:rsidRPr="005C414E" w:rsidRDefault="00835861" w:rsidP="001E3FE4">
      <w:pPr>
        <w:pStyle w:val="ListeParagraf"/>
        <w:keepLines/>
        <w:numPr>
          <w:ilvl w:val="0"/>
          <w:numId w:val="21"/>
        </w:numPr>
        <w:spacing w:after="32" w:line="242" w:lineRule="auto"/>
        <w:ind w:left="284" w:hanging="284"/>
        <w:jc w:val="both"/>
        <w:rPr>
          <w:rFonts w:ascii="Cambria" w:hAnsi="Cambria" w:cs="Aptos"/>
          <w:sz w:val="20"/>
          <w:szCs w:val="20"/>
        </w:rPr>
      </w:pPr>
      <w:r w:rsidRPr="005C414E">
        <w:rPr>
          <w:rFonts w:ascii="Cambria" w:hAnsi="Cambria" w:cs="Aptos"/>
          <w:sz w:val="20"/>
          <w:szCs w:val="20"/>
        </w:rPr>
        <w:t>Firmaya Gala yemeğinde bir masa tahsis edilecektir.</w:t>
      </w:r>
    </w:p>
    <w:p w14:paraId="38882FDD" w14:textId="736F009E" w:rsidR="00E5324B" w:rsidRDefault="00E5324B" w:rsidP="00E5324B">
      <w:pPr>
        <w:keepLines/>
        <w:spacing w:after="32" w:line="242" w:lineRule="auto"/>
        <w:jc w:val="both"/>
        <w:rPr>
          <w:rFonts w:ascii="Cambria" w:hAnsi="Cambria" w:cs="Aptos"/>
          <w:sz w:val="20"/>
          <w:szCs w:val="20"/>
        </w:rPr>
      </w:pPr>
    </w:p>
    <w:p w14:paraId="0477A331" w14:textId="7CBC3097" w:rsidR="005C414E" w:rsidRDefault="005C414E" w:rsidP="00E5324B">
      <w:pPr>
        <w:keepLines/>
        <w:spacing w:after="32" w:line="242" w:lineRule="auto"/>
        <w:jc w:val="both"/>
        <w:rPr>
          <w:rFonts w:ascii="Cambria" w:hAnsi="Cambria" w:cs="Aptos"/>
          <w:sz w:val="20"/>
          <w:szCs w:val="20"/>
        </w:rPr>
      </w:pPr>
    </w:p>
    <w:p w14:paraId="5AA10DFC" w14:textId="6FA26392" w:rsidR="005C414E" w:rsidRDefault="005C414E" w:rsidP="00E5324B">
      <w:pPr>
        <w:keepLines/>
        <w:spacing w:after="32" w:line="242" w:lineRule="auto"/>
        <w:jc w:val="both"/>
        <w:rPr>
          <w:rFonts w:ascii="Cambria" w:hAnsi="Cambria" w:cs="Aptos"/>
          <w:sz w:val="20"/>
          <w:szCs w:val="20"/>
        </w:rPr>
      </w:pPr>
    </w:p>
    <w:p w14:paraId="43D2CEE0" w14:textId="09574484" w:rsidR="005C414E" w:rsidRDefault="005C414E" w:rsidP="00E5324B">
      <w:pPr>
        <w:keepLines/>
        <w:spacing w:after="32" w:line="242" w:lineRule="auto"/>
        <w:jc w:val="both"/>
        <w:rPr>
          <w:rFonts w:ascii="Cambria" w:hAnsi="Cambria" w:cs="Aptos"/>
          <w:sz w:val="20"/>
          <w:szCs w:val="20"/>
        </w:rPr>
      </w:pPr>
    </w:p>
    <w:p w14:paraId="73EC26F6" w14:textId="459F8F3F" w:rsidR="005C414E" w:rsidRDefault="005C414E" w:rsidP="00E5324B">
      <w:pPr>
        <w:keepLines/>
        <w:spacing w:after="32" w:line="242" w:lineRule="auto"/>
        <w:jc w:val="both"/>
        <w:rPr>
          <w:rFonts w:ascii="Cambria" w:hAnsi="Cambria" w:cs="Aptos"/>
          <w:sz w:val="20"/>
          <w:szCs w:val="20"/>
        </w:rPr>
      </w:pPr>
    </w:p>
    <w:p w14:paraId="154742AD" w14:textId="69D591B4" w:rsidR="005C414E" w:rsidRDefault="005C414E" w:rsidP="00E5324B">
      <w:pPr>
        <w:keepLines/>
        <w:spacing w:after="32" w:line="242" w:lineRule="auto"/>
        <w:jc w:val="both"/>
        <w:rPr>
          <w:rFonts w:ascii="Cambria" w:hAnsi="Cambria" w:cs="Aptos"/>
          <w:sz w:val="20"/>
          <w:szCs w:val="20"/>
        </w:rPr>
      </w:pPr>
    </w:p>
    <w:p w14:paraId="4143A2B2" w14:textId="77777777" w:rsidR="005C414E" w:rsidRPr="005C414E" w:rsidRDefault="005C414E" w:rsidP="00E5324B">
      <w:pPr>
        <w:keepLines/>
        <w:spacing w:after="32" w:line="242" w:lineRule="auto"/>
        <w:jc w:val="both"/>
        <w:rPr>
          <w:rFonts w:ascii="Cambria" w:hAnsi="Cambria" w:cs="Aptos"/>
          <w:sz w:val="20"/>
          <w:szCs w:val="20"/>
        </w:rPr>
      </w:pPr>
    </w:p>
    <w:p w14:paraId="458964BE" w14:textId="77777777" w:rsidR="00643051" w:rsidRPr="005C414E" w:rsidRDefault="00643051" w:rsidP="0064305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Eğlence Gecesi Sponsorluğu: 20.000 Euro</w:t>
      </w:r>
    </w:p>
    <w:p w14:paraId="42EAB89F" w14:textId="77777777" w:rsidR="00643051" w:rsidRPr="005C414E" w:rsidRDefault="00643051" w:rsidP="00643051">
      <w:pPr>
        <w:pStyle w:val="ListeParagraf"/>
        <w:keepLines/>
        <w:numPr>
          <w:ilvl w:val="0"/>
          <w:numId w:val="23"/>
        </w:numPr>
        <w:spacing w:after="32" w:line="242" w:lineRule="auto"/>
        <w:ind w:left="284" w:hanging="284"/>
        <w:jc w:val="both"/>
        <w:rPr>
          <w:rFonts w:ascii="Cambria" w:hAnsi="Cambria"/>
          <w:sz w:val="20"/>
          <w:szCs w:val="20"/>
        </w:rPr>
      </w:pPr>
      <w:r w:rsidRPr="005C414E">
        <w:rPr>
          <w:rFonts w:ascii="Cambria" w:hAnsi="Cambria" w:cs="Aptos"/>
          <w:sz w:val="20"/>
          <w:szCs w:val="20"/>
        </w:rPr>
        <w:t>Firmadan 3 kişinin delege kaydı (3 tek kişilik oda) sponsorluk paketine ücretsiz dâhil edilecektir.</w:t>
      </w:r>
    </w:p>
    <w:p w14:paraId="41B97F4F" w14:textId="77777777" w:rsidR="00643051" w:rsidRPr="005C414E" w:rsidRDefault="00643051" w:rsidP="00643051">
      <w:pPr>
        <w:pStyle w:val="ListeParagraf"/>
        <w:keepLines/>
        <w:numPr>
          <w:ilvl w:val="0"/>
          <w:numId w:val="23"/>
        </w:numPr>
        <w:spacing w:after="32" w:line="242" w:lineRule="auto"/>
        <w:ind w:left="284" w:hanging="284"/>
        <w:jc w:val="both"/>
        <w:rPr>
          <w:rFonts w:ascii="Cambria" w:hAnsi="Cambria"/>
          <w:sz w:val="20"/>
          <w:szCs w:val="20"/>
        </w:rPr>
      </w:pPr>
      <w:r w:rsidRPr="005C414E">
        <w:rPr>
          <w:rFonts w:ascii="Cambria" w:hAnsi="Cambria" w:cs="Aptos"/>
          <w:sz w:val="20"/>
          <w:szCs w:val="20"/>
        </w:rPr>
        <w:t>Firmaya sergi alanının öncelikli kısmında en çok 15 m2 stant alanı ücretsiz verilecektir.</w:t>
      </w:r>
    </w:p>
    <w:p w14:paraId="0455C17C" w14:textId="77777777" w:rsidR="00643051" w:rsidRPr="005C414E" w:rsidRDefault="00643051" w:rsidP="00643051">
      <w:pPr>
        <w:pStyle w:val="ListeParagraf"/>
        <w:keepLines/>
        <w:numPr>
          <w:ilvl w:val="0"/>
          <w:numId w:val="23"/>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68EC65F8" w14:textId="77777777" w:rsidR="00643051" w:rsidRPr="005C414E" w:rsidRDefault="00643051" w:rsidP="00643051">
      <w:pPr>
        <w:pStyle w:val="ListeParagraf"/>
        <w:keepLines/>
        <w:numPr>
          <w:ilvl w:val="0"/>
          <w:numId w:val="23"/>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5010D693" w14:textId="77777777" w:rsidR="00643051" w:rsidRPr="005C414E" w:rsidRDefault="00643051" w:rsidP="00643051">
      <w:pPr>
        <w:pStyle w:val="ListeParagraf"/>
        <w:keepLines/>
        <w:numPr>
          <w:ilvl w:val="0"/>
          <w:numId w:val="23"/>
        </w:numPr>
        <w:spacing w:after="32" w:line="242" w:lineRule="auto"/>
        <w:ind w:left="284" w:hanging="284"/>
        <w:jc w:val="both"/>
        <w:rPr>
          <w:rFonts w:ascii="Cambria" w:hAnsi="Cambria"/>
          <w:sz w:val="20"/>
          <w:szCs w:val="20"/>
        </w:rPr>
      </w:pPr>
      <w:r w:rsidRPr="005C414E">
        <w:rPr>
          <w:rFonts w:ascii="Cambria" w:hAnsi="Cambria" w:cs="Aptos"/>
          <w:sz w:val="20"/>
          <w:szCs w:val="20"/>
        </w:rPr>
        <w:t>Firmaya tanıtım etkinliği yapmak üzere oturum saatleri dışında özel salon tahsis edilecektir.</w:t>
      </w:r>
    </w:p>
    <w:p w14:paraId="3104AC6E" w14:textId="77777777" w:rsidR="00643051" w:rsidRPr="005C414E" w:rsidRDefault="00643051" w:rsidP="00643051">
      <w:pPr>
        <w:pStyle w:val="ListeParagraf"/>
        <w:keepLines/>
        <w:numPr>
          <w:ilvl w:val="0"/>
          <w:numId w:val="23"/>
        </w:numPr>
        <w:spacing w:after="32" w:line="242" w:lineRule="auto"/>
        <w:ind w:left="284" w:hanging="284"/>
        <w:jc w:val="both"/>
        <w:rPr>
          <w:rFonts w:ascii="Cambria" w:hAnsi="Cambria" w:cs="Aptos"/>
          <w:sz w:val="20"/>
          <w:szCs w:val="20"/>
        </w:rPr>
      </w:pPr>
      <w:r w:rsidRPr="005C414E">
        <w:rPr>
          <w:rFonts w:ascii="Cambria" w:hAnsi="Cambria" w:cs="Aptos"/>
          <w:sz w:val="20"/>
          <w:szCs w:val="20"/>
        </w:rPr>
        <w:t>Firmanın talep etmesi halinde Gala yemeğinde bir masa tahsis edilecektir.</w:t>
      </w:r>
    </w:p>
    <w:p w14:paraId="47F7786A" w14:textId="77777777" w:rsidR="00106A45" w:rsidRPr="00643051" w:rsidRDefault="00106A45" w:rsidP="00383BCE">
      <w:pPr>
        <w:rPr>
          <w:rFonts w:ascii="Cambria" w:hAnsi="Cambria" w:cs="Aptos"/>
          <w:sz w:val="18"/>
          <w:szCs w:val="18"/>
        </w:rPr>
      </w:pPr>
    </w:p>
    <w:p w14:paraId="12FBC86D" w14:textId="77777777" w:rsidR="00344522" w:rsidRPr="005C414E" w:rsidRDefault="00344522" w:rsidP="00344522">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Hoş Geldin Kokteyli Sponsorluğu: 20.000 Euro</w:t>
      </w:r>
    </w:p>
    <w:p w14:paraId="6044C381" w14:textId="77777777" w:rsidR="00344522" w:rsidRPr="005C414E" w:rsidRDefault="00344522" w:rsidP="00344522">
      <w:pPr>
        <w:pStyle w:val="ListeParagraf"/>
        <w:keepLines/>
        <w:numPr>
          <w:ilvl w:val="0"/>
          <w:numId w:val="25"/>
        </w:numPr>
        <w:spacing w:after="32" w:line="242" w:lineRule="auto"/>
        <w:ind w:left="284" w:hanging="284"/>
        <w:jc w:val="both"/>
        <w:rPr>
          <w:rFonts w:ascii="Cambria" w:hAnsi="Cambria"/>
          <w:sz w:val="20"/>
          <w:szCs w:val="20"/>
        </w:rPr>
      </w:pPr>
      <w:r w:rsidRPr="005C414E">
        <w:rPr>
          <w:rFonts w:ascii="Cambria" w:hAnsi="Cambria" w:cs="Aptos"/>
          <w:sz w:val="20"/>
          <w:szCs w:val="20"/>
        </w:rPr>
        <w:t>Firmadan 3 kişinin delege kaydı (3 tek kişilik oda) sponsorluk paketine ücretsiz dâhil edilecektir.</w:t>
      </w:r>
    </w:p>
    <w:p w14:paraId="490D17C3" w14:textId="77777777" w:rsidR="00344522" w:rsidRPr="005C414E" w:rsidRDefault="00344522" w:rsidP="00344522">
      <w:pPr>
        <w:pStyle w:val="ListeParagraf"/>
        <w:keepLines/>
        <w:numPr>
          <w:ilvl w:val="0"/>
          <w:numId w:val="25"/>
        </w:numPr>
        <w:spacing w:after="32" w:line="242" w:lineRule="auto"/>
        <w:ind w:left="284" w:hanging="284"/>
        <w:jc w:val="both"/>
        <w:rPr>
          <w:rFonts w:ascii="Cambria" w:hAnsi="Cambria"/>
          <w:sz w:val="20"/>
          <w:szCs w:val="20"/>
        </w:rPr>
      </w:pPr>
      <w:r w:rsidRPr="005C414E">
        <w:rPr>
          <w:rFonts w:ascii="Cambria" w:hAnsi="Cambria" w:cs="Aptos"/>
          <w:sz w:val="20"/>
          <w:szCs w:val="20"/>
        </w:rPr>
        <w:t>Açılış kokteyli davetiyelerinde firma ismi yer alacaktır.</w:t>
      </w:r>
    </w:p>
    <w:p w14:paraId="16555CE6" w14:textId="77777777" w:rsidR="00344522" w:rsidRPr="005C414E" w:rsidRDefault="00344522" w:rsidP="00344522">
      <w:pPr>
        <w:pStyle w:val="ListeParagraf"/>
        <w:keepLines/>
        <w:numPr>
          <w:ilvl w:val="0"/>
          <w:numId w:val="25"/>
        </w:numPr>
        <w:spacing w:after="32" w:line="242" w:lineRule="auto"/>
        <w:ind w:left="284" w:hanging="284"/>
        <w:jc w:val="both"/>
        <w:rPr>
          <w:rFonts w:ascii="Cambria" w:hAnsi="Cambria"/>
          <w:sz w:val="20"/>
          <w:szCs w:val="20"/>
        </w:rPr>
      </w:pPr>
      <w:r w:rsidRPr="005C414E">
        <w:rPr>
          <w:rFonts w:ascii="Cambria" w:hAnsi="Cambria" w:cs="Aptos"/>
          <w:sz w:val="20"/>
          <w:szCs w:val="20"/>
        </w:rPr>
        <w:t>Açılış kokteyli servisinin yapılacağı alanda firmanın reklam flamalarına yer verilebilecektir.</w:t>
      </w:r>
    </w:p>
    <w:p w14:paraId="63D99ADA" w14:textId="77777777" w:rsidR="00344522" w:rsidRPr="005C414E" w:rsidRDefault="00344522" w:rsidP="00344522">
      <w:pPr>
        <w:pStyle w:val="ListeParagraf"/>
        <w:keepLines/>
        <w:numPr>
          <w:ilvl w:val="0"/>
          <w:numId w:val="25"/>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2E1678FC" w14:textId="5F6EF6C3" w:rsidR="00344522" w:rsidRPr="005C414E" w:rsidRDefault="00344522" w:rsidP="00344522">
      <w:pPr>
        <w:pStyle w:val="ListeParagraf"/>
        <w:keepLines/>
        <w:numPr>
          <w:ilvl w:val="0"/>
          <w:numId w:val="25"/>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746636DD" w14:textId="77777777" w:rsidR="00106A45" w:rsidRPr="005C414E" w:rsidRDefault="00106A45" w:rsidP="00106A45">
      <w:pPr>
        <w:keepLines/>
        <w:spacing w:after="32" w:line="242" w:lineRule="auto"/>
        <w:jc w:val="both"/>
        <w:rPr>
          <w:rFonts w:ascii="Cambria" w:hAnsi="Cambria"/>
          <w:sz w:val="20"/>
          <w:szCs w:val="20"/>
        </w:rPr>
      </w:pPr>
    </w:p>
    <w:p w14:paraId="66552FD7" w14:textId="77777777" w:rsidR="00106A45" w:rsidRPr="005C414E" w:rsidRDefault="00106A45" w:rsidP="00106A45">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Oda Kartları Sponsorluğu: 15.000 Euro</w:t>
      </w:r>
    </w:p>
    <w:p w14:paraId="6D19422A" w14:textId="77777777" w:rsidR="00106A45" w:rsidRPr="005C414E" w:rsidRDefault="00106A45" w:rsidP="00106A45">
      <w:pPr>
        <w:pStyle w:val="ListeParagraf"/>
        <w:keepLines/>
        <w:numPr>
          <w:ilvl w:val="0"/>
          <w:numId w:val="27"/>
        </w:numPr>
        <w:spacing w:after="32" w:line="242" w:lineRule="auto"/>
        <w:ind w:left="284" w:hanging="284"/>
        <w:jc w:val="both"/>
        <w:rPr>
          <w:rFonts w:ascii="Cambria" w:hAnsi="Cambria"/>
          <w:sz w:val="20"/>
          <w:szCs w:val="20"/>
        </w:rPr>
      </w:pPr>
      <w:r w:rsidRPr="005C414E">
        <w:rPr>
          <w:rFonts w:ascii="Cambria" w:hAnsi="Cambria" w:cs="Aptos"/>
          <w:sz w:val="20"/>
          <w:szCs w:val="20"/>
        </w:rPr>
        <w:t>Firmadan 2 kişinin delege kaydı (2 tek kişilik oda) sponsorluk paketine ücretsiz dâhil edilecektir.</w:t>
      </w:r>
    </w:p>
    <w:p w14:paraId="7D0C3725" w14:textId="77777777" w:rsidR="00106A45" w:rsidRPr="005C414E" w:rsidRDefault="00106A45" w:rsidP="00106A45">
      <w:pPr>
        <w:pStyle w:val="ListeParagraf"/>
        <w:keepLines/>
        <w:numPr>
          <w:ilvl w:val="0"/>
          <w:numId w:val="27"/>
        </w:numPr>
        <w:spacing w:after="32" w:line="242" w:lineRule="auto"/>
        <w:ind w:left="284" w:hanging="284"/>
        <w:jc w:val="both"/>
        <w:rPr>
          <w:rFonts w:ascii="Cambria" w:hAnsi="Cambria"/>
          <w:sz w:val="20"/>
          <w:szCs w:val="20"/>
        </w:rPr>
      </w:pPr>
      <w:r w:rsidRPr="005C414E">
        <w:rPr>
          <w:rFonts w:ascii="Cambria" w:hAnsi="Cambria" w:cs="Aptos"/>
          <w:sz w:val="20"/>
          <w:szCs w:val="20"/>
        </w:rPr>
        <w:t>Otel oda kartlarında Firmanın logosu basılı olacaktır.</w:t>
      </w:r>
    </w:p>
    <w:p w14:paraId="58AC8A3D" w14:textId="77777777" w:rsidR="00106A45" w:rsidRPr="005C414E" w:rsidRDefault="00106A45" w:rsidP="00106A45">
      <w:pPr>
        <w:pStyle w:val="ListeParagraf"/>
        <w:keepLines/>
        <w:numPr>
          <w:ilvl w:val="0"/>
          <w:numId w:val="27"/>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yer verilecektir.</w:t>
      </w:r>
    </w:p>
    <w:p w14:paraId="6E40337A" w14:textId="77777777" w:rsidR="00106A45" w:rsidRPr="005C414E" w:rsidRDefault="00106A45" w:rsidP="00106A45">
      <w:pPr>
        <w:pStyle w:val="ListeParagraf"/>
        <w:keepLines/>
        <w:numPr>
          <w:ilvl w:val="0"/>
          <w:numId w:val="27"/>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1D513899" w14:textId="56C20941" w:rsidR="00106A45" w:rsidRPr="005C414E" w:rsidRDefault="00106A45" w:rsidP="00106A45">
      <w:pPr>
        <w:pStyle w:val="ListeParagraf"/>
        <w:keepLines/>
        <w:numPr>
          <w:ilvl w:val="0"/>
          <w:numId w:val="27"/>
        </w:numPr>
        <w:spacing w:after="32" w:line="242" w:lineRule="auto"/>
        <w:ind w:left="284" w:hanging="284"/>
        <w:jc w:val="both"/>
        <w:rPr>
          <w:rFonts w:ascii="Cambria" w:hAnsi="Cambria" w:cs="Aptos"/>
          <w:sz w:val="20"/>
          <w:szCs w:val="20"/>
        </w:rPr>
      </w:pPr>
      <w:r w:rsidRPr="005C414E">
        <w:rPr>
          <w:rFonts w:ascii="Cambria" w:hAnsi="Cambria" w:cs="Aptos"/>
          <w:sz w:val="20"/>
          <w:szCs w:val="20"/>
        </w:rPr>
        <w:t>Kongre dijital platformunda Firmanın logo gösterimi sağlanacaktır.</w:t>
      </w:r>
    </w:p>
    <w:p w14:paraId="7789D81F" w14:textId="77777777" w:rsidR="00106A45" w:rsidRPr="005C414E" w:rsidRDefault="00106A45" w:rsidP="00106A45">
      <w:pPr>
        <w:keepLines/>
        <w:spacing w:after="32" w:line="242" w:lineRule="auto"/>
        <w:jc w:val="both"/>
        <w:rPr>
          <w:rFonts w:ascii="Cambria" w:hAnsi="Cambria"/>
          <w:sz w:val="20"/>
          <w:szCs w:val="20"/>
        </w:rPr>
      </w:pPr>
    </w:p>
    <w:p w14:paraId="4FF5100F" w14:textId="77777777" w:rsidR="00106A45" w:rsidRPr="005C414E" w:rsidRDefault="00106A45" w:rsidP="00106A45">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Sandalye Giydirme Sponsorluğu: 15.000 Euro</w:t>
      </w:r>
    </w:p>
    <w:p w14:paraId="0775FE6C" w14:textId="77777777" w:rsidR="00106A45" w:rsidRPr="005C414E" w:rsidRDefault="00106A45" w:rsidP="00106A45">
      <w:pPr>
        <w:pStyle w:val="ListeParagraf"/>
        <w:keepLines/>
        <w:numPr>
          <w:ilvl w:val="0"/>
          <w:numId w:val="29"/>
        </w:numPr>
        <w:spacing w:after="32" w:line="242" w:lineRule="auto"/>
        <w:ind w:left="284" w:hanging="284"/>
        <w:jc w:val="both"/>
        <w:rPr>
          <w:rFonts w:ascii="Cambria" w:hAnsi="Cambria"/>
          <w:sz w:val="20"/>
          <w:szCs w:val="20"/>
        </w:rPr>
      </w:pPr>
      <w:r w:rsidRPr="005C414E">
        <w:rPr>
          <w:rFonts w:ascii="Cambria" w:hAnsi="Cambria" w:cs="Aptos"/>
          <w:sz w:val="20"/>
          <w:szCs w:val="20"/>
        </w:rPr>
        <w:t>Firma tarafından hazırlanacak maksimum 30*40 cm ebatlarındaki firma logosu, açılış töreninin ya da sunumların yapılacağı</w:t>
      </w:r>
      <w:r w:rsidRPr="005C414E">
        <w:rPr>
          <w:rFonts w:ascii="Cambria" w:hAnsi="Cambria"/>
          <w:sz w:val="20"/>
          <w:szCs w:val="20"/>
        </w:rPr>
        <w:t xml:space="preserve"> </w:t>
      </w:r>
      <w:r w:rsidRPr="005C414E">
        <w:rPr>
          <w:rFonts w:ascii="Cambria" w:hAnsi="Cambria" w:cs="Aptos"/>
          <w:sz w:val="20"/>
          <w:szCs w:val="20"/>
        </w:rPr>
        <w:t>salonlardaki sandalye alınlıklarına firma görevlileri tarafından asılacak ya da yapıştırılacak ve sunumlar süresince orada muhafaza edilecektir.</w:t>
      </w:r>
    </w:p>
    <w:p w14:paraId="54AE2915" w14:textId="77777777" w:rsidR="00106A45" w:rsidRPr="005C414E" w:rsidRDefault="00106A45" w:rsidP="00106A45">
      <w:pPr>
        <w:pStyle w:val="ListeParagraf"/>
        <w:keepLines/>
        <w:numPr>
          <w:ilvl w:val="0"/>
          <w:numId w:val="29"/>
        </w:numPr>
        <w:spacing w:after="32" w:line="242" w:lineRule="auto"/>
        <w:ind w:left="284" w:hanging="284"/>
        <w:jc w:val="both"/>
        <w:rPr>
          <w:rFonts w:ascii="Cambria" w:hAnsi="Cambria"/>
          <w:sz w:val="20"/>
          <w:szCs w:val="20"/>
        </w:rPr>
      </w:pPr>
      <w:r w:rsidRPr="005C414E">
        <w:rPr>
          <w:rFonts w:ascii="Cambria" w:hAnsi="Cambria" w:cs="Aptos"/>
          <w:sz w:val="20"/>
          <w:szCs w:val="20"/>
        </w:rPr>
        <w:t>Firmadan 2 kişinin delege kaydı (2 tek kişilik oda) sponsorluk paketine ücretsiz dâhil edilecektir.</w:t>
      </w:r>
    </w:p>
    <w:p w14:paraId="386AFF25" w14:textId="77777777" w:rsidR="00106A45" w:rsidRPr="005C414E" w:rsidRDefault="00106A45" w:rsidP="00106A45">
      <w:pPr>
        <w:pStyle w:val="ListeParagraf"/>
        <w:keepLines/>
        <w:numPr>
          <w:ilvl w:val="0"/>
          <w:numId w:val="29"/>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33E1C82B" w14:textId="4D0AE551" w:rsidR="00106A45" w:rsidRPr="005C414E" w:rsidRDefault="00106A45" w:rsidP="00106A45">
      <w:pPr>
        <w:pStyle w:val="ListeParagraf"/>
        <w:keepLines/>
        <w:numPr>
          <w:ilvl w:val="0"/>
          <w:numId w:val="29"/>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52C17DB4" w14:textId="77777777" w:rsidR="00106A45" w:rsidRPr="005C414E" w:rsidRDefault="00106A45" w:rsidP="00106A45">
      <w:pPr>
        <w:rPr>
          <w:rFonts w:ascii="Cambria" w:hAnsi="Cambria"/>
          <w:sz w:val="20"/>
          <w:szCs w:val="20"/>
        </w:rPr>
      </w:pPr>
    </w:p>
    <w:p w14:paraId="77C8FA33" w14:textId="77777777" w:rsidR="00106A45" w:rsidRPr="005C414E" w:rsidRDefault="00106A45" w:rsidP="00106A45">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USB Sponsorluğu: 15.000 Euro</w:t>
      </w:r>
    </w:p>
    <w:p w14:paraId="74337BE6" w14:textId="77777777" w:rsidR="00106A45" w:rsidRPr="005C414E" w:rsidRDefault="00106A45" w:rsidP="00106A45">
      <w:pPr>
        <w:pStyle w:val="ListeParagraf"/>
        <w:keepLines/>
        <w:numPr>
          <w:ilvl w:val="0"/>
          <w:numId w:val="31"/>
        </w:numPr>
        <w:spacing w:after="32" w:line="242" w:lineRule="auto"/>
        <w:ind w:left="284" w:hanging="284"/>
        <w:jc w:val="both"/>
        <w:rPr>
          <w:rFonts w:ascii="Cambria" w:hAnsi="Cambria"/>
          <w:sz w:val="20"/>
          <w:szCs w:val="20"/>
        </w:rPr>
      </w:pPr>
      <w:r w:rsidRPr="005C414E">
        <w:rPr>
          <w:rFonts w:ascii="Cambria" w:hAnsi="Cambria" w:cs="Aptos"/>
          <w:sz w:val="20"/>
          <w:szCs w:val="20"/>
        </w:rPr>
        <w:t>Firmadan 2 kişinin delege kaydı (2 tek kişilik oda) sponsorluk paketine ücretsiz dâhil edilecektir.</w:t>
      </w:r>
    </w:p>
    <w:p w14:paraId="76250CAE" w14:textId="77777777" w:rsidR="00106A45" w:rsidRPr="005C414E" w:rsidRDefault="00106A45" w:rsidP="00106A45">
      <w:pPr>
        <w:pStyle w:val="ListeParagraf"/>
        <w:keepLines/>
        <w:numPr>
          <w:ilvl w:val="0"/>
          <w:numId w:val="31"/>
        </w:numPr>
        <w:spacing w:after="32" w:line="242" w:lineRule="auto"/>
        <w:ind w:left="284" w:hanging="284"/>
        <w:jc w:val="both"/>
        <w:rPr>
          <w:rFonts w:ascii="Cambria" w:hAnsi="Cambria"/>
          <w:sz w:val="20"/>
          <w:szCs w:val="20"/>
        </w:rPr>
      </w:pPr>
      <w:r w:rsidRPr="005C414E">
        <w:rPr>
          <w:rFonts w:ascii="Cambria" w:hAnsi="Cambria" w:cs="Aptos"/>
          <w:sz w:val="20"/>
          <w:szCs w:val="20"/>
        </w:rPr>
        <w:t>Firma logosu Kongre bildirilerinin yer alacağı USB üzerine basılacaktır.</w:t>
      </w:r>
    </w:p>
    <w:p w14:paraId="06645F3C" w14:textId="77777777" w:rsidR="00106A45" w:rsidRPr="005C414E" w:rsidRDefault="00106A45" w:rsidP="00106A45">
      <w:pPr>
        <w:pStyle w:val="ListeParagraf"/>
        <w:keepLines/>
        <w:numPr>
          <w:ilvl w:val="0"/>
          <w:numId w:val="31"/>
        </w:numPr>
        <w:spacing w:after="32" w:line="242" w:lineRule="auto"/>
        <w:ind w:left="284" w:hanging="284"/>
        <w:jc w:val="both"/>
        <w:rPr>
          <w:rFonts w:ascii="Cambria" w:hAnsi="Cambria" w:cs="Aptos"/>
          <w:sz w:val="20"/>
          <w:szCs w:val="20"/>
        </w:rPr>
      </w:pPr>
      <w:r w:rsidRPr="005C414E">
        <w:rPr>
          <w:rFonts w:ascii="Cambria" w:hAnsi="Cambria" w:cs="Aptos"/>
          <w:sz w:val="20"/>
          <w:szCs w:val="20"/>
        </w:rPr>
        <w:t>Firmanın logosuna Kongre Web sayfasında ve dijital platformlarda yer verilecektir.</w:t>
      </w:r>
    </w:p>
    <w:p w14:paraId="53A62330" w14:textId="77777777" w:rsidR="00106A45" w:rsidRPr="005C414E" w:rsidRDefault="00106A45" w:rsidP="00106A45">
      <w:pPr>
        <w:pStyle w:val="ListeParagraf"/>
        <w:keepLines/>
        <w:numPr>
          <w:ilvl w:val="0"/>
          <w:numId w:val="31"/>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27A0D097" w14:textId="77777777" w:rsidR="00106A45" w:rsidRPr="005C414E" w:rsidRDefault="00106A45" w:rsidP="00106A45">
      <w:pPr>
        <w:pStyle w:val="ListeParagraf"/>
        <w:keepLines/>
        <w:numPr>
          <w:ilvl w:val="0"/>
          <w:numId w:val="31"/>
        </w:numPr>
        <w:spacing w:after="32" w:line="242" w:lineRule="auto"/>
        <w:ind w:left="284" w:hanging="284"/>
        <w:jc w:val="both"/>
        <w:rPr>
          <w:rFonts w:ascii="Cambria" w:hAnsi="Cambria" w:cs="Aptos"/>
          <w:sz w:val="20"/>
          <w:szCs w:val="20"/>
        </w:rPr>
      </w:pPr>
      <w:r w:rsidRPr="005C414E">
        <w:rPr>
          <w:rFonts w:ascii="Cambria" w:hAnsi="Cambria" w:cs="Aptos"/>
          <w:sz w:val="20"/>
          <w:szCs w:val="20"/>
        </w:rPr>
        <w:t>Kongre dijital platformunda Firmanın logo gösterimi sağlanacaktır.</w:t>
      </w:r>
    </w:p>
    <w:p w14:paraId="67823CD4" w14:textId="0BD949C0" w:rsidR="00344522" w:rsidRPr="005C414E" w:rsidRDefault="00344522" w:rsidP="00383BCE">
      <w:pPr>
        <w:rPr>
          <w:rFonts w:ascii="Cambria" w:hAnsi="Cambria"/>
          <w:sz w:val="20"/>
          <w:szCs w:val="20"/>
        </w:rPr>
      </w:pPr>
    </w:p>
    <w:p w14:paraId="42172042" w14:textId="2698CB61" w:rsidR="00344522" w:rsidRPr="005C414E" w:rsidRDefault="00344522" w:rsidP="00344522">
      <w:pPr>
        <w:rPr>
          <w:rFonts w:ascii="Cambria" w:hAnsi="Cambria"/>
          <w:sz w:val="20"/>
          <w:szCs w:val="20"/>
        </w:rPr>
      </w:pPr>
    </w:p>
    <w:p w14:paraId="759CD9DB" w14:textId="77777777" w:rsidR="00883A60" w:rsidRPr="005C414E" w:rsidRDefault="00883A60" w:rsidP="00883A60">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Bloknot Sponsorluğu: 15.000 Euro</w:t>
      </w:r>
    </w:p>
    <w:p w14:paraId="1D5EA7ED" w14:textId="77777777" w:rsidR="00883A60" w:rsidRPr="005C414E" w:rsidRDefault="00883A60" w:rsidP="00883A60">
      <w:pPr>
        <w:pStyle w:val="ListeParagraf"/>
        <w:keepLines/>
        <w:numPr>
          <w:ilvl w:val="0"/>
          <w:numId w:val="33"/>
        </w:numPr>
        <w:spacing w:after="32" w:line="242" w:lineRule="auto"/>
        <w:ind w:left="284" w:hanging="284"/>
        <w:jc w:val="both"/>
        <w:rPr>
          <w:rFonts w:ascii="Cambria" w:hAnsi="Cambria"/>
          <w:sz w:val="20"/>
          <w:szCs w:val="20"/>
        </w:rPr>
      </w:pPr>
      <w:r w:rsidRPr="005C414E">
        <w:rPr>
          <w:rFonts w:ascii="Cambria" w:hAnsi="Cambria" w:cs="Aptos"/>
          <w:sz w:val="20"/>
          <w:szCs w:val="20"/>
        </w:rPr>
        <w:t>Firmadan 2 kişinin delege kaydı (2 tek kişilik oda) sponsorluk paketine ücretsiz dâhil edilecektir.</w:t>
      </w:r>
    </w:p>
    <w:p w14:paraId="535CE69E" w14:textId="77777777" w:rsidR="00883A60" w:rsidRPr="005C414E" w:rsidRDefault="00883A60" w:rsidP="00883A60">
      <w:pPr>
        <w:pStyle w:val="ListeParagraf"/>
        <w:keepLines/>
        <w:numPr>
          <w:ilvl w:val="0"/>
          <w:numId w:val="33"/>
        </w:numPr>
        <w:spacing w:after="32" w:line="242" w:lineRule="auto"/>
        <w:ind w:left="284" w:hanging="284"/>
        <w:jc w:val="both"/>
        <w:rPr>
          <w:rFonts w:ascii="Cambria" w:hAnsi="Cambria"/>
          <w:sz w:val="20"/>
          <w:szCs w:val="20"/>
        </w:rPr>
      </w:pPr>
      <w:r w:rsidRPr="005C414E">
        <w:rPr>
          <w:rFonts w:ascii="Cambria" w:hAnsi="Cambria" w:cs="Aptos"/>
          <w:sz w:val="20"/>
          <w:szCs w:val="20"/>
        </w:rPr>
        <w:t>Bloknot örneği Kongre Sekreterliği ile birlikte seçilecektir.</w:t>
      </w:r>
    </w:p>
    <w:p w14:paraId="2E082C18" w14:textId="77777777" w:rsidR="00883A60" w:rsidRPr="005C414E" w:rsidRDefault="00883A60" w:rsidP="00883A60">
      <w:pPr>
        <w:pStyle w:val="ListeParagraf"/>
        <w:keepLines/>
        <w:numPr>
          <w:ilvl w:val="0"/>
          <w:numId w:val="33"/>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0A904F64" w14:textId="77777777" w:rsidR="00883A60" w:rsidRPr="005C414E" w:rsidRDefault="00883A60" w:rsidP="00883A60">
      <w:pPr>
        <w:pStyle w:val="ListeParagraf"/>
        <w:keepLines/>
        <w:numPr>
          <w:ilvl w:val="0"/>
          <w:numId w:val="33"/>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5D426B6B" w14:textId="5AC56D9D" w:rsidR="00883A60" w:rsidRDefault="00883A60" w:rsidP="00883A60">
      <w:pPr>
        <w:pStyle w:val="ListeParagraf"/>
        <w:keepLines/>
        <w:numPr>
          <w:ilvl w:val="0"/>
          <w:numId w:val="33"/>
        </w:numPr>
        <w:spacing w:after="32" w:line="242" w:lineRule="auto"/>
        <w:ind w:left="284" w:hanging="284"/>
        <w:jc w:val="both"/>
        <w:rPr>
          <w:rFonts w:ascii="Cambria" w:hAnsi="Cambria" w:cs="Aptos"/>
          <w:sz w:val="20"/>
          <w:szCs w:val="20"/>
        </w:rPr>
      </w:pPr>
      <w:r w:rsidRPr="005C414E">
        <w:rPr>
          <w:rFonts w:ascii="Cambria" w:hAnsi="Cambria" w:cs="Aptos"/>
          <w:sz w:val="20"/>
          <w:szCs w:val="20"/>
        </w:rPr>
        <w:t>Kongre dijital platformunda Firmanın logo gösterimi sağlanacaktır.</w:t>
      </w:r>
    </w:p>
    <w:p w14:paraId="630B0FE7" w14:textId="6E201C87" w:rsidR="005C414E" w:rsidRDefault="005C414E" w:rsidP="005C414E">
      <w:pPr>
        <w:keepLines/>
        <w:spacing w:after="32" w:line="242" w:lineRule="auto"/>
        <w:jc w:val="both"/>
        <w:rPr>
          <w:rFonts w:ascii="Cambria" w:hAnsi="Cambria" w:cs="Aptos"/>
          <w:sz w:val="20"/>
          <w:szCs w:val="20"/>
        </w:rPr>
      </w:pPr>
    </w:p>
    <w:p w14:paraId="60F3643F" w14:textId="7459B2CE" w:rsidR="005C414E" w:rsidRDefault="005C414E" w:rsidP="005C414E">
      <w:pPr>
        <w:keepLines/>
        <w:spacing w:after="32" w:line="242" w:lineRule="auto"/>
        <w:jc w:val="both"/>
        <w:rPr>
          <w:rFonts w:ascii="Cambria" w:hAnsi="Cambria" w:cs="Aptos"/>
          <w:sz w:val="20"/>
          <w:szCs w:val="20"/>
        </w:rPr>
      </w:pPr>
    </w:p>
    <w:p w14:paraId="302D7496" w14:textId="5ADE59C2" w:rsidR="005C414E" w:rsidRDefault="005C414E" w:rsidP="005C414E">
      <w:pPr>
        <w:keepLines/>
        <w:spacing w:after="32" w:line="242" w:lineRule="auto"/>
        <w:jc w:val="both"/>
        <w:rPr>
          <w:rFonts w:ascii="Cambria" w:hAnsi="Cambria" w:cs="Aptos"/>
          <w:sz w:val="20"/>
          <w:szCs w:val="20"/>
        </w:rPr>
      </w:pPr>
    </w:p>
    <w:p w14:paraId="1F265B51" w14:textId="1D8A0539" w:rsidR="005C414E" w:rsidRDefault="005C414E" w:rsidP="005C414E">
      <w:pPr>
        <w:keepLines/>
        <w:spacing w:after="32" w:line="242" w:lineRule="auto"/>
        <w:jc w:val="both"/>
        <w:rPr>
          <w:rFonts w:ascii="Cambria" w:hAnsi="Cambria" w:cs="Aptos"/>
          <w:sz w:val="20"/>
          <w:szCs w:val="20"/>
        </w:rPr>
      </w:pPr>
    </w:p>
    <w:p w14:paraId="52F72A88" w14:textId="77777777" w:rsidR="005C414E" w:rsidRPr="005C414E" w:rsidRDefault="005C414E" w:rsidP="005C414E">
      <w:pPr>
        <w:keepLines/>
        <w:spacing w:after="32" w:line="242" w:lineRule="auto"/>
        <w:jc w:val="both"/>
        <w:rPr>
          <w:rFonts w:ascii="Cambria" w:hAnsi="Cambria" w:cs="Aptos"/>
          <w:sz w:val="20"/>
          <w:szCs w:val="20"/>
        </w:rPr>
      </w:pPr>
    </w:p>
    <w:p w14:paraId="18DE670E" w14:textId="77777777" w:rsidR="00643051" w:rsidRPr="005C414E" w:rsidRDefault="00643051" w:rsidP="00344522">
      <w:pPr>
        <w:rPr>
          <w:rFonts w:ascii="Cambria" w:hAnsi="Cambria"/>
          <w:sz w:val="20"/>
          <w:szCs w:val="20"/>
        </w:rPr>
      </w:pPr>
    </w:p>
    <w:p w14:paraId="27243DEF" w14:textId="77777777" w:rsidR="00643051" w:rsidRPr="005C414E" w:rsidRDefault="00643051" w:rsidP="0064305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Kalem Sponsorluğu: 15.000 Euro</w:t>
      </w:r>
    </w:p>
    <w:p w14:paraId="3468B5FE" w14:textId="77777777" w:rsidR="00643051" w:rsidRPr="005C414E" w:rsidRDefault="00643051" w:rsidP="00643051">
      <w:pPr>
        <w:pStyle w:val="ListeParagraf"/>
        <w:keepLines/>
        <w:numPr>
          <w:ilvl w:val="0"/>
          <w:numId w:val="35"/>
        </w:numPr>
        <w:spacing w:after="32" w:line="242" w:lineRule="auto"/>
        <w:ind w:left="284" w:hanging="284"/>
        <w:jc w:val="both"/>
        <w:rPr>
          <w:rFonts w:ascii="Cambria" w:hAnsi="Cambria"/>
          <w:sz w:val="20"/>
          <w:szCs w:val="20"/>
        </w:rPr>
      </w:pPr>
      <w:r w:rsidRPr="005C414E">
        <w:rPr>
          <w:rFonts w:ascii="Cambria" w:hAnsi="Cambria" w:cs="Aptos"/>
          <w:sz w:val="20"/>
          <w:szCs w:val="20"/>
        </w:rPr>
        <w:t>Firmadan 2 kişinin delege kaydı (2 tek kişilik oda) sponsorluk paketine ücretsiz dâhil edilecektir.</w:t>
      </w:r>
    </w:p>
    <w:p w14:paraId="301AA5A5" w14:textId="77777777" w:rsidR="00643051" w:rsidRPr="005C414E" w:rsidRDefault="00643051" w:rsidP="00643051">
      <w:pPr>
        <w:pStyle w:val="ListeParagraf"/>
        <w:keepLines/>
        <w:numPr>
          <w:ilvl w:val="0"/>
          <w:numId w:val="35"/>
        </w:numPr>
        <w:spacing w:after="32" w:line="242" w:lineRule="auto"/>
        <w:ind w:left="284" w:hanging="284"/>
        <w:jc w:val="both"/>
        <w:rPr>
          <w:rFonts w:ascii="Cambria" w:hAnsi="Cambria"/>
          <w:sz w:val="20"/>
          <w:szCs w:val="20"/>
        </w:rPr>
      </w:pPr>
      <w:r w:rsidRPr="005C414E">
        <w:rPr>
          <w:rFonts w:ascii="Cambria" w:hAnsi="Cambria" w:cs="Aptos"/>
          <w:sz w:val="20"/>
          <w:szCs w:val="20"/>
        </w:rPr>
        <w:t>Kalem örneği Kongre Sekreterliği ile birlikte seçilecektir.</w:t>
      </w:r>
    </w:p>
    <w:p w14:paraId="095172A7" w14:textId="77777777" w:rsidR="00643051" w:rsidRPr="005C414E" w:rsidRDefault="00643051" w:rsidP="00643051">
      <w:pPr>
        <w:pStyle w:val="ListeParagraf"/>
        <w:keepLines/>
        <w:numPr>
          <w:ilvl w:val="0"/>
          <w:numId w:val="35"/>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14A81DA1" w14:textId="786D887E" w:rsidR="00643051" w:rsidRPr="005C414E" w:rsidRDefault="00643051" w:rsidP="00643051">
      <w:pPr>
        <w:pStyle w:val="ListeParagraf"/>
        <w:keepLines/>
        <w:numPr>
          <w:ilvl w:val="0"/>
          <w:numId w:val="35"/>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10855C5E" w14:textId="77777777" w:rsidR="00643051" w:rsidRPr="005C414E" w:rsidRDefault="00643051" w:rsidP="00643051">
      <w:pPr>
        <w:keepLines/>
        <w:spacing w:after="32" w:line="242" w:lineRule="auto"/>
        <w:ind w:left="173" w:hanging="173"/>
        <w:jc w:val="both"/>
        <w:rPr>
          <w:rFonts w:ascii="Cambria" w:hAnsi="Cambria"/>
          <w:sz w:val="20"/>
          <w:szCs w:val="20"/>
        </w:rPr>
      </w:pPr>
    </w:p>
    <w:p w14:paraId="6735426F" w14:textId="77777777" w:rsidR="00643051" w:rsidRPr="005C414E" w:rsidRDefault="00643051" w:rsidP="00643051">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Yönlendirme Sponsorluğu: 15.000 Euro</w:t>
      </w:r>
    </w:p>
    <w:p w14:paraId="014296B0" w14:textId="77777777" w:rsidR="00643051" w:rsidRPr="005C414E" w:rsidRDefault="00643051" w:rsidP="00643051">
      <w:pPr>
        <w:pStyle w:val="ListeParagraf"/>
        <w:keepLines/>
        <w:numPr>
          <w:ilvl w:val="0"/>
          <w:numId w:val="37"/>
        </w:numPr>
        <w:spacing w:after="32" w:line="242" w:lineRule="auto"/>
        <w:ind w:left="284" w:hanging="284"/>
        <w:jc w:val="both"/>
        <w:rPr>
          <w:rFonts w:ascii="Cambria" w:hAnsi="Cambria" w:cs="Aptos"/>
          <w:sz w:val="20"/>
          <w:szCs w:val="20"/>
        </w:rPr>
      </w:pPr>
      <w:r w:rsidRPr="005C414E">
        <w:rPr>
          <w:rFonts w:ascii="Cambria" w:hAnsi="Cambria" w:cs="Aptos"/>
          <w:sz w:val="20"/>
          <w:szCs w:val="20"/>
        </w:rPr>
        <w:t>Firmadan 2 kişinin delege kaydı (2 tek kişilik oda) sponsorluk paketine ücretsiz dâhil edilecektir.</w:t>
      </w:r>
    </w:p>
    <w:p w14:paraId="729B82CD" w14:textId="77777777" w:rsidR="00643051" w:rsidRPr="005C414E" w:rsidRDefault="00643051" w:rsidP="00643051">
      <w:pPr>
        <w:pStyle w:val="ListeParagraf"/>
        <w:keepLines/>
        <w:numPr>
          <w:ilvl w:val="0"/>
          <w:numId w:val="37"/>
        </w:numPr>
        <w:spacing w:after="32" w:line="242" w:lineRule="auto"/>
        <w:ind w:left="284" w:hanging="284"/>
        <w:jc w:val="both"/>
        <w:rPr>
          <w:rFonts w:ascii="Cambria" w:hAnsi="Cambria"/>
          <w:sz w:val="20"/>
          <w:szCs w:val="20"/>
        </w:rPr>
      </w:pPr>
      <w:r w:rsidRPr="005C414E">
        <w:rPr>
          <w:rFonts w:ascii="Cambria" w:hAnsi="Cambria"/>
          <w:sz w:val="20"/>
          <w:szCs w:val="20"/>
        </w:rPr>
        <w:t>Firma, Odanın talep etmesi durumunda belirleyeceği yer ve ölçülerde sticker yaptıracaktır.</w:t>
      </w:r>
    </w:p>
    <w:p w14:paraId="52F5DA66" w14:textId="77777777" w:rsidR="00643051" w:rsidRPr="005C414E" w:rsidRDefault="00643051" w:rsidP="00643051">
      <w:pPr>
        <w:pStyle w:val="ListeParagraf"/>
        <w:keepLines/>
        <w:numPr>
          <w:ilvl w:val="0"/>
          <w:numId w:val="37"/>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3CC85E09" w14:textId="77777777" w:rsidR="00643051" w:rsidRPr="005C414E" w:rsidRDefault="00643051" w:rsidP="00643051">
      <w:pPr>
        <w:pStyle w:val="ListeParagraf"/>
        <w:keepLines/>
        <w:numPr>
          <w:ilvl w:val="0"/>
          <w:numId w:val="37"/>
        </w:numPr>
        <w:spacing w:after="32" w:line="242" w:lineRule="auto"/>
        <w:ind w:left="284" w:hanging="284"/>
        <w:jc w:val="both"/>
        <w:rPr>
          <w:rFonts w:ascii="Cambria" w:hAnsi="Cambria"/>
          <w:sz w:val="20"/>
          <w:szCs w:val="20"/>
        </w:rPr>
      </w:pPr>
      <w:r w:rsidRPr="005C414E">
        <w:rPr>
          <w:rFonts w:ascii="Cambria" w:hAnsi="Cambria" w:cs="Aptos"/>
          <w:sz w:val="20"/>
          <w:szCs w:val="20"/>
        </w:rPr>
        <w:t>Firmaya, kongre açılış töreni sırasında plâket takdim edilecektir.</w:t>
      </w:r>
    </w:p>
    <w:p w14:paraId="77DE971B" w14:textId="77777777" w:rsidR="00591365" w:rsidRDefault="00591365" w:rsidP="00344522">
      <w:pPr>
        <w:rPr>
          <w:rFonts w:ascii="Cambria" w:hAnsi="Cambria"/>
          <w:sz w:val="20"/>
          <w:szCs w:val="20"/>
        </w:rPr>
      </w:pPr>
    </w:p>
    <w:p w14:paraId="3157EC2F"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Yaka Kartı Sponsorluğu: 15.000 Euro</w:t>
      </w:r>
    </w:p>
    <w:p w14:paraId="150C86D7"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1. Firmadan 2 kişinin delege kaydı (2 tek kişilik oda) sponsorluk paketine ücretsiz dâhil edilecektir.</w:t>
      </w:r>
    </w:p>
    <w:p w14:paraId="1C9DAFB0"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2. Firmanın logosuna Kongre Web sayfasında ve dijital platformlarda yer verilecektir.</w:t>
      </w:r>
    </w:p>
    <w:p w14:paraId="6869B4A6" w14:textId="77777777" w:rsidR="005C414E" w:rsidRPr="005C414E" w:rsidRDefault="005C414E" w:rsidP="005C414E">
      <w:pPr>
        <w:keepLines/>
        <w:spacing w:after="32" w:line="242" w:lineRule="auto"/>
        <w:ind w:left="173" w:hanging="173"/>
        <w:jc w:val="both"/>
        <w:rPr>
          <w:rFonts w:ascii="Cambria" w:hAnsi="Cambria" w:cs="Aptos"/>
          <w:sz w:val="20"/>
          <w:szCs w:val="20"/>
        </w:rPr>
      </w:pPr>
      <w:r w:rsidRPr="005C414E">
        <w:rPr>
          <w:rFonts w:ascii="Cambria" w:hAnsi="Cambria" w:cs="Aptos"/>
          <w:sz w:val="20"/>
          <w:szCs w:val="20"/>
        </w:rPr>
        <w:t>3. Firmaya, kongre açılış töreni sırasında plâket takdim edilecektir.</w:t>
      </w:r>
    </w:p>
    <w:p w14:paraId="3A44299C" w14:textId="77777777" w:rsidR="005C414E" w:rsidRPr="005C414E" w:rsidRDefault="005C414E" w:rsidP="005C414E">
      <w:pPr>
        <w:keepLines/>
        <w:spacing w:after="32" w:line="242" w:lineRule="auto"/>
        <w:jc w:val="both"/>
        <w:rPr>
          <w:rFonts w:ascii="Cambria" w:hAnsi="Cambria"/>
          <w:sz w:val="20"/>
          <w:szCs w:val="20"/>
        </w:rPr>
      </w:pPr>
    </w:p>
    <w:p w14:paraId="63FD0F53"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Kahvaltı Sponsorlukları: 15.000 Euro</w:t>
      </w:r>
    </w:p>
    <w:p w14:paraId="7E41D231"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1. Firmadan 2 kişinin delege kaydı (2 tek kişilik oda) sponsorluk paketine ücretsiz dâhil edilecektir.</w:t>
      </w:r>
    </w:p>
    <w:p w14:paraId="3E29A959"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2. Firma talep etmesi durumunda “servis tabak altlığı”nı hazırlayacaktır.</w:t>
      </w:r>
    </w:p>
    <w:p w14:paraId="5F52856F"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3. Firmanın logosuna Kongre Web sayfasında ve dijital platformlarda yer verilecektir.</w:t>
      </w:r>
    </w:p>
    <w:p w14:paraId="7BD5E5D0"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4. Firmaya, kongre açılış töreni sırasında plâket takdim edilecektir.</w:t>
      </w:r>
    </w:p>
    <w:p w14:paraId="57DE4B61" w14:textId="77777777" w:rsidR="005C414E" w:rsidRPr="005C414E" w:rsidRDefault="005C414E" w:rsidP="005C414E">
      <w:pPr>
        <w:keepLines/>
        <w:spacing w:after="32" w:line="242" w:lineRule="auto"/>
        <w:jc w:val="both"/>
        <w:rPr>
          <w:rFonts w:ascii="Cambria" w:hAnsi="Cambria"/>
          <w:sz w:val="20"/>
          <w:szCs w:val="20"/>
        </w:rPr>
      </w:pPr>
    </w:p>
    <w:p w14:paraId="05FEBAF5"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Öğle Yemeği Sponsorlukları: 15.000 Euro</w:t>
      </w:r>
    </w:p>
    <w:p w14:paraId="18570001"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1. Firmadan 2 kişinin delege kaydı (2 tek kişilik oda) sponsorluk paketine ücretsiz dâhil edilecektir.</w:t>
      </w:r>
    </w:p>
    <w:p w14:paraId="5CA7E647"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2. Firma talep etmesi durumunda “servis tabak altlığı”nı hazırlayacaktır.</w:t>
      </w:r>
    </w:p>
    <w:p w14:paraId="303A094F"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3. Firmanın logosuna Kongre Web sayfasında yer verilecektir.</w:t>
      </w:r>
    </w:p>
    <w:p w14:paraId="3D83FB88"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4. Firmaya, kongre açılış töreni sırasında plâket takdim edilecektir.</w:t>
      </w:r>
    </w:p>
    <w:p w14:paraId="0B557676"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5. Kongre dijital platformunda Firmanın logo gösterimi sağlanacaktır.</w:t>
      </w:r>
    </w:p>
    <w:p w14:paraId="68AE4F7A" w14:textId="77777777" w:rsidR="005C414E" w:rsidRPr="005C414E" w:rsidRDefault="005C414E" w:rsidP="005C414E">
      <w:pPr>
        <w:keepLines/>
        <w:spacing w:after="32" w:line="242" w:lineRule="auto"/>
        <w:jc w:val="both"/>
        <w:rPr>
          <w:rFonts w:ascii="Cambria" w:hAnsi="Cambria"/>
          <w:sz w:val="20"/>
          <w:szCs w:val="20"/>
        </w:rPr>
      </w:pPr>
    </w:p>
    <w:p w14:paraId="022BE785"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Akşam Yemeği Sponsorlukları: 15.000 Euro</w:t>
      </w:r>
    </w:p>
    <w:p w14:paraId="695D97E1"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1. Firmadan 2 kişinin delege kaydı (2 tek kişilik oda) sponsorluk paketine ücretsiz dâhil edilecektir.</w:t>
      </w:r>
    </w:p>
    <w:p w14:paraId="46988648"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2. Firma talep etmesi durumunda “servis tabak altlığı”nı hazırlayacaktır.</w:t>
      </w:r>
    </w:p>
    <w:p w14:paraId="64644614"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3. Firmanın logosuna Kongre Web sayfasında ve dijital platformlarda yer verilecektir.</w:t>
      </w:r>
    </w:p>
    <w:p w14:paraId="75E169DE"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cs="Aptos"/>
          <w:sz w:val="20"/>
          <w:szCs w:val="20"/>
        </w:rPr>
        <w:t>4. Firmaya, kongre açılış töreni sırasında plâket takdim edilecektir.</w:t>
      </w:r>
    </w:p>
    <w:p w14:paraId="63A76C79" w14:textId="77777777" w:rsidR="005C414E" w:rsidRPr="005C414E" w:rsidRDefault="005C414E" w:rsidP="005C414E">
      <w:pPr>
        <w:rPr>
          <w:rFonts w:ascii="Cambria" w:hAnsi="Cambria"/>
          <w:sz w:val="20"/>
          <w:szCs w:val="20"/>
        </w:rPr>
      </w:pPr>
    </w:p>
    <w:p w14:paraId="28F93D7E"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Özel Sunum: 5.000 Euro</w:t>
      </w:r>
    </w:p>
    <w:p w14:paraId="7CB8D4F3" w14:textId="77777777" w:rsidR="005C414E" w:rsidRPr="005C414E" w:rsidRDefault="005C414E" w:rsidP="005C414E">
      <w:pPr>
        <w:pStyle w:val="ListeParagraf"/>
        <w:keepLines/>
        <w:numPr>
          <w:ilvl w:val="0"/>
          <w:numId w:val="39"/>
        </w:numPr>
        <w:spacing w:after="32" w:line="242" w:lineRule="auto"/>
        <w:ind w:left="284" w:hanging="284"/>
        <w:jc w:val="both"/>
        <w:rPr>
          <w:rFonts w:ascii="Cambria" w:hAnsi="Cambria" w:cs="Aptos"/>
          <w:sz w:val="20"/>
          <w:szCs w:val="20"/>
        </w:rPr>
      </w:pPr>
      <w:r w:rsidRPr="005C414E">
        <w:rPr>
          <w:rFonts w:ascii="Cambria" w:hAnsi="Cambria" w:cs="Aptos"/>
          <w:sz w:val="20"/>
          <w:szCs w:val="20"/>
        </w:rPr>
        <w:t xml:space="preserve">Firmalara, duyurusu ve yeri Kongre programında belirtilen tarih ve saatlerde 30 dakikalık bir sunum yapabilme imkanı tanınacaktır. </w:t>
      </w:r>
    </w:p>
    <w:p w14:paraId="59CE67BC" w14:textId="6F27808A" w:rsidR="005C414E" w:rsidRDefault="005C414E" w:rsidP="005C414E">
      <w:pPr>
        <w:rPr>
          <w:rFonts w:ascii="Cambria" w:hAnsi="Cambria"/>
          <w:sz w:val="20"/>
          <w:szCs w:val="20"/>
        </w:rPr>
      </w:pPr>
    </w:p>
    <w:p w14:paraId="597B25DE" w14:textId="646899AD" w:rsidR="005C414E" w:rsidRDefault="005C414E" w:rsidP="005C414E">
      <w:pPr>
        <w:rPr>
          <w:rFonts w:ascii="Cambria" w:hAnsi="Cambria"/>
          <w:sz w:val="20"/>
          <w:szCs w:val="20"/>
        </w:rPr>
      </w:pPr>
    </w:p>
    <w:p w14:paraId="1BDC6E7F" w14:textId="7287C025" w:rsidR="005C414E" w:rsidRDefault="005C414E" w:rsidP="005C414E">
      <w:pPr>
        <w:rPr>
          <w:rFonts w:ascii="Cambria" w:hAnsi="Cambria"/>
          <w:sz w:val="20"/>
          <w:szCs w:val="20"/>
        </w:rPr>
      </w:pPr>
    </w:p>
    <w:p w14:paraId="5CE34C9E" w14:textId="16FF28EF" w:rsidR="005C414E" w:rsidRDefault="005C414E" w:rsidP="005C414E">
      <w:pPr>
        <w:rPr>
          <w:rFonts w:ascii="Cambria" w:hAnsi="Cambria"/>
          <w:sz w:val="20"/>
          <w:szCs w:val="20"/>
        </w:rPr>
      </w:pPr>
    </w:p>
    <w:p w14:paraId="55D22301" w14:textId="7995B075" w:rsidR="005C414E" w:rsidRDefault="005C414E" w:rsidP="005C414E">
      <w:pPr>
        <w:rPr>
          <w:rFonts w:ascii="Cambria" w:hAnsi="Cambria"/>
          <w:sz w:val="20"/>
          <w:szCs w:val="20"/>
        </w:rPr>
      </w:pPr>
    </w:p>
    <w:p w14:paraId="7E9F6333" w14:textId="43AD8E8B" w:rsidR="005C414E" w:rsidRDefault="005C414E" w:rsidP="005C414E">
      <w:pPr>
        <w:rPr>
          <w:rFonts w:ascii="Cambria" w:hAnsi="Cambria"/>
          <w:sz w:val="20"/>
          <w:szCs w:val="20"/>
        </w:rPr>
      </w:pPr>
    </w:p>
    <w:p w14:paraId="132BA49C" w14:textId="77777777" w:rsidR="005C414E" w:rsidRPr="005C414E" w:rsidRDefault="005C414E" w:rsidP="005C414E">
      <w:pPr>
        <w:rPr>
          <w:rFonts w:ascii="Cambria" w:hAnsi="Cambria"/>
          <w:sz w:val="20"/>
          <w:szCs w:val="20"/>
        </w:rPr>
      </w:pPr>
    </w:p>
    <w:p w14:paraId="5E6E8211"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Kahve Molası Sponsorlukları: 15.000 Euro</w:t>
      </w:r>
    </w:p>
    <w:p w14:paraId="5080C029" w14:textId="77777777" w:rsidR="005C414E" w:rsidRPr="005C414E" w:rsidRDefault="005C414E" w:rsidP="005C414E">
      <w:pPr>
        <w:rPr>
          <w:rFonts w:ascii="Cambria" w:hAnsi="Cambria"/>
          <w:sz w:val="20"/>
          <w:szCs w:val="20"/>
        </w:rPr>
      </w:pPr>
      <w:r w:rsidRPr="005C414E">
        <w:rPr>
          <w:rFonts w:ascii="Cambria" w:hAnsi="Cambria"/>
          <w:sz w:val="20"/>
          <w:szCs w:val="20"/>
        </w:rPr>
        <w:t>1. Kongrede oturumlar sırasında verilecek olan çay-kahve molalarının sponsorluğudur.</w:t>
      </w:r>
    </w:p>
    <w:p w14:paraId="7658B3A4" w14:textId="77777777" w:rsidR="005C414E" w:rsidRPr="005C414E" w:rsidRDefault="005C414E" w:rsidP="005C414E">
      <w:pPr>
        <w:rPr>
          <w:rFonts w:ascii="Cambria" w:hAnsi="Cambria"/>
          <w:sz w:val="20"/>
          <w:szCs w:val="20"/>
        </w:rPr>
      </w:pPr>
      <w:r w:rsidRPr="005C414E">
        <w:rPr>
          <w:rFonts w:ascii="Cambria" w:hAnsi="Cambria"/>
          <w:sz w:val="20"/>
          <w:szCs w:val="20"/>
        </w:rPr>
        <w:t>2. Firmaya, oturum arasında çay-kahve setinin arkasına logosunu asma imkânı tanınacaktır.</w:t>
      </w:r>
    </w:p>
    <w:p w14:paraId="43F0971C" w14:textId="77777777" w:rsidR="005C414E" w:rsidRPr="005C414E" w:rsidRDefault="005C414E" w:rsidP="005C414E">
      <w:pPr>
        <w:keepLines/>
        <w:spacing w:after="32" w:line="242" w:lineRule="auto"/>
        <w:ind w:left="173" w:hanging="173"/>
        <w:jc w:val="both"/>
        <w:rPr>
          <w:rFonts w:ascii="Cambria" w:hAnsi="Cambria"/>
          <w:sz w:val="20"/>
          <w:szCs w:val="20"/>
        </w:rPr>
      </w:pPr>
      <w:r w:rsidRPr="005C414E">
        <w:rPr>
          <w:rFonts w:ascii="Cambria" w:hAnsi="Cambria"/>
          <w:sz w:val="20"/>
          <w:szCs w:val="20"/>
        </w:rPr>
        <w:t xml:space="preserve">3. </w:t>
      </w:r>
      <w:r w:rsidRPr="005C414E">
        <w:rPr>
          <w:rFonts w:ascii="Cambria" w:hAnsi="Cambria" w:cs="Aptos"/>
          <w:sz w:val="20"/>
          <w:szCs w:val="20"/>
        </w:rPr>
        <w:t>Firmanın logosuna Kongre Web sayfasında ve dijital platformlarda yer verilecektir.</w:t>
      </w:r>
    </w:p>
    <w:p w14:paraId="7FE1E2D0" w14:textId="77777777" w:rsidR="005C414E" w:rsidRPr="005C414E" w:rsidRDefault="005C414E" w:rsidP="005C414E">
      <w:pPr>
        <w:rPr>
          <w:rFonts w:ascii="Cambria" w:hAnsi="Cambria"/>
          <w:sz w:val="20"/>
          <w:szCs w:val="20"/>
        </w:rPr>
      </w:pPr>
      <w:r w:rsidRPr="005C414E">
        <w:rPr>
          <w:rFonts w:ascii="Cambria" w:hAnsi="Cambria"/>
          <w:sz w:val="20"/>
          <w:szCs w:val="20"/>
        </w:rPr>
        <w:t>4. Firmaya, kongre açılış töreni sırasında plâket takdim edilecektir.</w:t>
      </w:r>
    </w:p>
    <w:p w14:paraId="17C73702" w14:textId="2AD93752" w:rsidR="005C414E" w:rsidRDefault="005C414E" w:rsidP="005C414E">
      <w:pPr>
        <w:rPr>
          <w:rFonts w:ascii="Cambria" w:hAnsi="Cambria"/>
          <w:sz w:val="20"/>
          <w:szCs w:val="20"/>
        </w:rPr>
      </w:pPr>
      <w:r w:rsidRPr="005C414E">
        <w:rPr>
          <w:rFonts w:ascii="Cambria" w:hAnsi="Cambria"/>
          <w:sz w:val="20"/>
          <w:szCs w:val="20"/>
        </w:rPr>
        <w:t>5. Kongre dijital platformunda Firmanın logo gösterimi sağlanacaktır.</w:t>
      </w:r>
    </w:p>
    <w:p w14:paraId="5095FB80" w14:textId="77777777" w:rsidR="005C414E" w:rsidRPr="005C414E" w:rsidRDefault="005C414E" w:rsidP="005C414E">
      <w:pPr>
        <w:rPr>
          <w:rFonts w:ascii="Cambria" w:hAnsi="Cambria"/>
          <w:sz w:val="20"/>
          <w:szCs w:val="20"/>
        </w:rPr>
      </w:pPr>
    </w:p>
    <w:p w14:paraId="24DE4B0C"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Kongre Programı Sponsorlukları: 15.000 Euro</w:t>
      </w:r>
    </w:p>
    <w:p w14:paraId="7EF1D443" w14:textId="77777777" w:rsidR="005C414E" w:rsidRPr="005C414E" w:rsidRDefault="005C414E" w:rsidP="005C414E">
      <w:pPr>
        <w:pStyle w:val="ListeParagraf"/>
        <w:keepLines/>
        <w:numPr>
          <w:ilvl w:val="0"/>
          <w:numId w:val="41"/>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1E69046E" w14:textId="77777777" w:rsidR="005C414E" w:rsidRPr="005C414E" w:rsidRDefault="005C414E" w:rsidP="005C414E">
      <w:pPr>
        <w:pStyle w:val="ListeParagraf"/>
        <w:numPr>
          <w:ilvl w:val="0"/>
          <w:numId w:val="41"/>
        </w:numPr>
        <w:ind w:left="284" w:hanging="284"/>
        <w:rPr>
          <w:rFonts w:ascii="Cambria" w:hAnsi="Cambria" w:cs="Aptos"/>
          <w:bCs/>
          <w:color w:val="243E63"/>
          <w:sz w:val="20"/>
          <w:szCs w:val="20"/>
        </w:rPr>
      </w:pPr>
      <w:r w:rsidRPr="005C414E">
        <w:rPr>
          <w:rFonts w:ascii="Cambria" w:hAnsi="Cambria" w:cs="Aptos"/>
          <w:bCs/>
          <w:color w:val="243E63"/>
          <w:sz w:val="20"/>
          <w:szCs w:val="20"/>
        </w:rPr>
        <w:t>Firmaya, kongre açılış töreni sırasında plâket takdim edilecektir.</w:t>
      </w:r>
    </w:p>
    <w:p w14:paraId="3DDBADA1" w14:textId="77777777" w:rsidR="005C414E" w:rsidRPr="005C414E" w:rsidRDefault="005C414E" w:rsidP="005C414E">
      <w:pPr>
        <w:rPr>
          <w:rFonts w:ascii="Cambria" w:hAnsi="Cambria" w:cs="Aptos"/>
          <w:bCs/>
          <w:color w:val="243E63"/>
          <w:sz w:val="20"/>
          <w:szCs w:val="20"/>
        </w:rPr>
      </w:pPr>
    </w:p>
    <w:p w14:paraId="2FA0BFC6"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Mobil Uygulama Sponsorlukları: 10.000 Euro</w:t>
      </w:r>
    </w:p>
    <w:p w14:paraId="44E9D0F1" w14:textId="77777777" w:rsidR="005C414E" w:rsidRPr="005C414E" w:rsidRDefault="005C414E" w:rsidP="005C414E">
      <w:pPr>
        <w:pStyle w:val="ListeParagraf"/>
        <w:keepLines/>
        <w:numPr>
          <w:ilvl w:val="0"/>
          <w:numId w:val="43"/>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5901885D" w14:textId="77777777" w:rsidR="005C414E" w:rsidRPr="005C414E" w:rsidRDefault="005C414E" w:rsidP="005C414E">
      <w:pPr>
        <w:pStyle w:val="ListeParagraf"/>
        <w:numPr>
          <w:ilvl w:val="0"/>
          <w:numId w:val="43"/>
        </w:numPr>
        <w:ind w:left="284" w:hanging="284"/>
        <w:rPr>
          <w:rFonts w:ascii="Cambria" w:hAnsi="Cambria" w:cs="Aptos"/>
          <w:bCs/>
          <w:color w:val="243E63"/>
          <w:sz w:val="20"/>
          <w:szCs w:val="20"/>
        </w:rPr>
      </w:pPr>
      <w:r w:rsidRPr="005C414E">
        <w:rPr>
          <w:rFonts w:ascii="Cambria" w:hAnsi="Cambria" w:cs="Aptos"/>
          <w:bCs/>
          <w:color w:val="243E63"/>
          <w:sz w:val="20"/>
          <w:szCs w:val="20"/>
        </w:rPr>
        <w:t>Firmaya, kongre açılış töreni sırasında plâket takdim edilecektir.</w:t>
      </w:r>
    </w:p>
    <w:p w14:paraId="42A70AAB" w14:textId="77777777" w:rsidR="005C414E" w:rsidRDefault="005C414E" w:rsidP="00344522">
      <w:pPr>
        <w:rPr>
          <w:rFonts w:ascii="Cambria" w:hAnsi="Cambria"/>
          <w:sz w:val="20"/>
          <w:szCs w:val="20"/>
        </w:rPr>
      </w:pPr>
    </w:p>
    <w:p w14:paraId="1D511359" w14:textId="77777777" w:rsidR="005C414E" w:rsidRPr="005C414E" w:rsidRDefault="005C414E" w:rsidP="005C414E">
      <w:pPr>
        <w:keepNext/>
        <w:keepLines/>
        <w:pBdr>
          <w:left w:val="single" w:sz="20" w:space="6" w:color="B07932"/>
        </w:pBdr>
        <w:shd w:val="clear" w:color="auto" w:fill="FAF7F1"/>
        <w:spacing w:before="100" w:after="44" w:line="240" w:lineRule="auto"/>
        <w:rPr>
          <w:rFonts w:ascii="Cambria" w:hAnsi="Cambria"/>
          <w:sz w:val="20"/>
          <w:szCs w:val="20"/>
        </w:rPr>
      </w:pPr>
      <w:r w:rsidRPr="005C414E">
        <w:rPr>
          <w:rFonts w:ascii="Cambria" w:hAnsi="Cambria" w:cs="Aptos"/>
          <w:b/>
          <w:color w:val="243E63"/>
          <w:sz w:val="20"/>
          <w:szCs w:val="20"/>
        </w:rPr>
        <w:t>Simultane Çeviri Sponsorlukları: 10.000 Euro</w:t>
      </w:r>
    </w:p>
    <w:p w14:paraId="4A5FECE9" w14:textId="77777777" w:rsidR="005C414E" w:rsidRPr="005C414E" w:rsidRDefault="005C414E" w:rsidP="005C414E">
      <w:pPr>
        <w:pStyle w:val="ListeParagraf"/>
        <w:keepLines/>
        <w:numPr>
          <w:ilvl w:val="0"/>
          <w:numId w:val="45"/>
        </w:numPr>
        <w:spacing w:after="32" w:line="242" w:lineRule="auto"/>
        <w:ind w:left="284" w:hanging="284"/>
        <w:jc w:val="both"/>
        <w:rPr>
          <w:rFonts w:ascii="Cambria" w:hAnsi="Cambria"/>
          <w:sz w:val="20"/>
          <w:szCs w:val="20"/>
        </w:rPr>
      </w:pPr>
      <w:r w:rsidRPr="005C414E">
        <w:rPr>
          <w:rFonts w:ascii="Cambria" w:hAnsi="Cambria" w:cs="Aptos"/>
          <w:sz w:val="20"/>
          <w:szCs w:val="20"/>
        </w:rPr>
        <w:t>Firmanın logosuna Kongre Web sayfasında ve dijital platformlarda yer verilecektir.</w:t>
      </w:r>
    </w:p>
    <w:p w14:paraId="5D108D98" w14:textId="77777777" w:rsidR="005C414E" w:rsidRPr="005C414E" w:rsidRDefault="005C414E" w:rsidP="005C414E">
      <w:pPr>
        <w:pStyle w:val="ListeParagraf"/>
        <w:numPr>
          <w:ilvl w:val="0"/>
          <w:numId w:val="45"/>
        </w:numPr>
        <w:ind w:left="284" w:hanging="284"/>
        <w:rPr>
          <w:rFonts w:ascii="Cambria" w:hAnsi="Cambria" w:cs="Aptos"/>
          <w:bCs/>
          <w:color w:val="243E63"/>
          <w:sz w:val="20"/>
          <w:szCs w:val="20"/>
        </w:rPr>
      </w:pPr>
      <w:r w:rsidRPr="005C414E">
        <w:rPr>
          <w:rFonts w:ascii="Cambria" w:hAnsi="Cambria" w:cs="Aptos"/>
          <w:bCs/>
          <w:color w:val="243E63"/>
          <w:sz w:val="20"/>
          <w:szCs w:val="20"/>
        </w:rPr>
        <w:t>Firmaya, kongre açılış töreni sırasında plâket takdim edilecektir.</w:t>
      </w:r>
    </w:p>
    <w:p w14:paraId="5D2D58BF" w14:textId="77777777" w:rsidR="005C414E" w:rsidRDefault="005C414E" w:rsidP="00344522">
      <w:pPr>
        <w:rPr>
          <w:rFonts w:ascii="Cambria" w:hAnsi="Cambria"/>
          <w:sz w:val="20"/>
          <w:szCs w:val="20"/>
        </w:rPr>
      </w:pPr>
    </w:p>
    <w:tbl>
      <w:tblPr>
        <w:tblStyle w:val="ListeTablo3-Vurgu1"/>
        <w:tblpPr w:leftFromText="141" w:rightFromText="141" w:vertAnchor="text" w:horzAnchor="margin" w:tblpX="-147" w:tblpY="159"/>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906"/>
        <w:gridCol w:w="1090"/>
        <w:gridCol w:w="3107"/>
        <w:gridCol w:w="862"/>
        <w:gridCol w:w="1134"/>
      </w:tblGrid>
      <w:tr w:rsidR="005C414E" w:rsidRPr="00EC4069" w14:paraId="7BFFBDE4" w14:textId="77777777" w:rsidTr="00746282">
        <w:trPr>
          <w:cnfStyle w:val="100000000000" w:firstRow="1" w:lastRow="0" w:firstColumn="0" w:lastColumn="0" w:oddVBand="0" w:evenVBand="0" w:oddHBand="0" w:evenHBand="0" w:firstRowFirstColumn="0" w:firstRowLastColumn="0" w:lastRowFirstColumn="0" w:lastRowLastColumn="0"/>
          <w:trHeight w:val="225"/>
        </w:trPr>
        <w:tc>
          <w:tcPr>
            <w:cnfStyle w:val="001000000100" w:firstRow="0" w:lastRow="0" w:firstColumn="1" w:lastColumn="0" w:oddVBand="0" w:evenVBand="0" w:oddHBand="0" w:evenHBand="0" w:firstRowFirstColumn="1" w:firstRowLastColumn="0" w:lastRowFirstColumn="0" w:lastRowLastColumn="0"/>
            <w:tcW w:w="3114" w:type="dxa"/>
            <w:shd w:val="clear" w:color="auto" w:fill="FDE9D9" w:themeFill="accent6" w:themeFillTint="33"/>
          </w:tcPr>
          <w:p w14:paraId="2FB26CE2" w14:textId="77777777" w:rsidR="005C414E" w:rsidRPr="00A069A8" w:rsidRDefault="005C414E" w:rsidP="00746282">
            <w:pPr>
              <w:rPr>
                <w:rFonts w:ascii="Cambria" w:hAnsi="Cambria" w:cs="Calibri"/>
                <w:color w:val="000000" w:themeColor="text1"/>
                <w:sz w:val="20"/>
                <w:szCs w:val="20"/>
              </w:rPr>
            </w:pPr>
            <w:r w:rsidRPr="00A069A8">
              <w:rPr>
                <w:rFonts w:ascii="Cambria" w:hAnsi="Cambria" w:cs="Calibri"/>
                <w:color w:val="000000" w:themeColor="text1"/>
                <w:sz w:val="20"/>
                <w:szCs w:val="20"/>
              </w:rPr>
              <w:t>SPONSORLUKLAR</w:t>
            </w:r>
          </w:p>
        </w:tc>
        <w:tc>
          <w:tcPr>
            <w:tcW w:w="906" w:type="dxa"/>
            <w:shd w:val="clear" w:color="auto" w:fill="FDE9D9" w:themeFill="accent6" w:themeFillTint="33"/>
          </w:tcPr>
          <w:p w14:paraId="6B07D73E" w14:textId="77777777" w:rsidR="005C414E" w:rsidRPr="00A069A8" w:rsidRDefault="005C414E" w:rsidP="00746282">
            <w:pPr>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A069A8">
              <w:rPr>
                <w:rFonts w:ascii="Cambria" w:hAnsi="Cambria" w:cs="Calibri"/>
                <w:color w:val="000000" w:themeColor="text1"/>
                <w:sz w:val="20"/>
                <w:szCs w:val="20"/>
              </w:rPr>
              <w:t>SEÇİM</w:t>
            </w:r>
          </w:p>
        </w:tc>
        <w:tc>
          <w:tcPr>
            <w:tcW w:w="1090" w:type="dxa"/>
            <w:shd w:val="clear" w:color="auto" w:fill="FDE9D9" w:themeFill="accent6" w:themeFillTint="33"/>
          </w:tcPr>
          <w:p w14:paraId="26D947C2" w14:textId="77777777" w:rsidR="005C414E" w:rsidRPr="00A069A8" w:rsidRDefault="005C414E" w:rsidP="00746282">
            <w:pPr>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A069A8">
              <w:rPr>
                <w:rFonts w:ascii="Cambria" w:hAnsi="Cambria" w:cs="Calibri"/>
                <w:color w:val="000000" w:themeColor="text1"/>
                <w:sz w:val="20"/>
                <w:szCs w:val="20"/>
              </w:rPr>
              <w:t>ÜCRET</w:t>
            </w:r>
          </w:p>
        </w:tc>
        <w:tc>
          <w:tcPr>
            <w:tcW w:w="3107" w:type="dxa"/>
            <w:shd w:val="clear" w:color="auto" w:fill="FDE9D9" w:themeFill="accent6" w:themeFillTint="33"/>
          </w:tcPr>
          <w:p w14:paraId="78A2960B" w14:textId="77777777" w:rsidR="005C414E" w:rsidRPr="00A069A8" w:rsidRDefault="005C414E" w:rsidP="00746282">
            <w:pP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A069A8">
              <w:rPr>
                <w:rFonts w:ascii="Cambria" w:hAnsi="Cambria" w:cs="Calibri"/>
                <w:color w:val="000000" w:themeColor="text1"/>
                <w:sz w:val="20"/>
                <w:szCs w:val="20"/>
              </w:rPr>
              <w:t>SPONSORLUKLAR</w:t>
            </w:r>
          </w:p>
        </w:tc>
        <w:tc>
          <w:tcPr>
            <w:tcW w:w="862" w:type="dxa"/>
            <w:shd w:val="clear" w:color="auto" w:fill="FDE9D9" w:themeFill="accent6" w:themeFillTint="33"/>
          </w:tcPr>
          <w:p w14:paraId="10632986" w14:textId="77777777" w:rsidR="005C414E" w:rsidRPr="00A069A8" w:rsidRDefault="005C414E" w:rsidP="00746282">
            <w:pPr>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A069A8">
              <w:rPr>
                <w:rFonts w:ascii="Cambria" w:hAnsi="Cambria" w:cs="Calibri"/>
                <w:color w:val="000000" w:themeColor="text1"/>
                <w:sz w:val="20"/>
                <w:szCs w:val="20"/>
              </w:rPr>
              <w:t>SEÇİM</w:t>
            </w:r>
          </w:p>
        </w:tc>
        <w:tc>
          <w:tcPr>
            <w:tcW w:w="1134" w:type="dxa"/>
            <w:shd w:val="clear" w:color="auto" w:fill="FDE9D9" w:themeFill="accent6" w:themeFillTint="33"/>
          </w:tcPr>
          <w:p w14:paraId="473CA12B" w14:textId="77777777" w:rsidR="005C414E" w:rsidRPr="00A069A8" w:rsidRDefault="005C414E" w:rsidP="00746282">
            <w:pPr>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themeColor="text1"/>
                <w:sz w:val="20"/>
                <w:szCs w:val="20"/>
              </w:rPr>
            </w:pPr>
            <w:r w:rsidRPr="00A069A8">
              <w:rPr>
                <w:rFonts w:ascii="Cambria" w:hAnsi="Cambria" w:cs="Calibri"/>
                <w:color w:val="000000" w:themeColor="text1"/>
                <w:sz w:val="20"/>
                <w:szCs w:val="20"/>
              </w:rPr>
              <w:t>ÜCRET</w:t>
            </w:r>
          </w:p>
        </w:tc>
      </w:tr>
      <w:tr w:rsidR="005C414E" w:rsidRPr="00EC4069" w14:paraId="068C0DD7" w14:textId="77777777" w:rsidTr="0074628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14" w:type="dxa"/>
          </w:tcPr>
          <w:p w14:paraId="1D24DAC7"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Elmas Sponsorluk</w:t>
            </w:r>
          </w:p>
        </w:tc>
        <w:tc>
          <w:tcPr>
            <w:tcW w:w="906" w:type="dxa"/>
          </w:tcPr>
          <w:p w14:paraId="29E9BD04"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1"/>
                <w:tag w:val="ana_1"/>
                <w:id w:val="141578"/>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07050930"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40.000 €</w:t>
            </w:r>
          </w:p>
        </w:tc>
        <w:tc>
          <w:tcPr>
            <w:tcW w:w="3107" w:type="dxa"/>
          </w:tcPr>
          <w:p w14:paraId="673E3BE5"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Yaka Kartı</w:t>
            </w:r>
            <w:r>
              <w:rPr>
                <w:rFonts w:ascii="Cambria" w:hAnsi="Cambria" w:cs="Calibri"/>
                <w:color w:val="auto"/>
                <w:sz w:val="20"/>
                <w:szCs w:val="20"/>
              </w:rPr>
              <w:t xml:space="preserve"> </w:t>
            </w:r>
            <w:r>
              <w:rPr>
                <w:rFonts w:ascii="Cambria" w:hAnsi="Cambria" w:cs="Calibri"/>
                <w:b/>
                <w:color w:val="auto"/>
                <w:sz w:val="20"/>
                <w:szCs w:val="20"/>
              </w:rPr>
              <w:t xml:space="preserve"> </w:t>
            </w:r>
            <w:r w:rsidRPr="003F6735">
              <w:rPr>
                <w:rFonts w:ascii="Cambria" w:hAnsi="Cambria" w:cs="Calibri"/>
                <w:color w:val="auto"/>
                <w:sz w:val="20"/>
                <w:szCs w:val="20"/>
              </w:rPr>
              <w:t>Sponsorluğu</w:t>
            </w:r>
          </w:p>
        </w:tc>
        <w:tc>
          <w:tcPr>
            <w:tcW w:w="862" w:type="dxa"/>
          </w:tcPr>
          <w:p w14:paraId="598CA8A4"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2"/>
                <w:tag w:val="yan_2"/>
                <w:id w:val="-918012265"/>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042E7D5D"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1FFF0B4A" w14:textId="77777777" w:rsidTr="00746282">
        <w:trPr>
          <w:trHeight w:val="298"/>
        </w:trPr>
        <w:tc>
          <w:tcPr>
            <w:cnfStyle w:val="001000000000" w:firstRow="0" w:lastRow="0" w:firstColumn="1" w:lastColumn="0" w:oddVBand="0" w:evenVBand="0" w:oddHBand="0" w:evenHBand="0" w:firstRowFirstColumn="0" w:firstRowLastColumn="0" w:lastRowFirstColumn="0" w:lastRowLastColumn="0"/>
            <w:tcW w:w="3114" w:type="dxa"/>
          </w:tcPr>
          <w:p w14:paraId="45FB954C"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Yakut</w:t>
            </w:r>
            <w:r>
              <w:rPr>
                <w:rFonts w:ascii="Cambria" w:hAnsi="Cambria" w:cs="Calibri"/>
                <w:b w:val="0"/>
                <w:color w:val="auto"/>
                <w:sz w:val="20"/>
                <w:szCs w:val="20"/>
              </w:rPr>
              <w:t xml:space="preserve"> </w:t>
            </w:r>
            <w:r w:rsidRPr="00A069A8">
              <w:rPr>
                <w:rFonts w:ascii="Cambria" w:hAnsi="Cambria" w:cs="Calibri"/>
                <w:b w:val="0"/>
                <w:color w:val="auto"/>
                <w:sz w:val="20"/>
                <w:szCs w:val="20"/>
              </w:rPr>
              <w:t xml:space="preserve"> Sponsorluk</w:t>
            </w:r>
          </w:p>
        </w:tc>
        <w:tc>
          <w:tcPr>
            <w:tcW w:w="906" w:type="dxa"/>
          </w:tcPr>
          <w:p w14:paraId="5F9B542E"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2"/>
                <w:tag w:val="ana_2"/>
                <w:id w:val="177171"/>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64F9652A" w14:textId="77777777" w:rsidR="005C414E" w:rsidRPr="00A069A8" w:rsidRDefault="005C414E"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30.000 €</w:t>
            </w:r>
          </w:p>
        </w:tc>
        <w:tc>
          <w:tcPr>
            <w:tcW w:w="3107" w:type="dxa"/>
          </w:tcPr>
          <w:p w14:paraId="4EAAF125" w14:textId="77777777" w:rsidR="005C414E" w:rsidRPr="00A069A8" w:rsidRDefault="005C414E" w:rsidP="00746282">
            <w:pP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 xml:space="preserve">Kahvaltı </w:t>
            </w:r>
            <w:r>
              <w:rPr>
                <w:rFonts w:ascii="Cambria" w:hAnsi="Cambria" w:cs="Calibri"/>
                <w:color w:val="auto"/>
                <w:sz w:val="20"/>
                <w:szCs w:val="20"/>
              </w:rPr>
              <w:t>–</w:t>
            </w:r>
            <w:r w:rsidRPr="00A069A8">
              <w:rPr>
                <w:rFonts w:ascii="Cambria" w:hAnsi="Cambria" w:cs="Calibri"/>
                <w:color w:val="auto"/>
                <w:sz w:val="20"/>
                <w:szCs w:val="20"/>
              </w:rPr>
              <w:t xml:space="preserve"> 1</w:t>
            </w:r>
            <w:r>
              <w:rPr>
                <w:rFonts w:ascii="Cambria" w:hAnsi="Cambria" w:cs="Calibri"/>
                <w:color w:val="auto"/>
                <w:sz w:val="20"/>
                <w:szCs w:val="20"/>
              </w:rPr>
              <w:t xml:space="preserve"> </w:t>
            </w:r>
            <w:r>
              <w:rPr>
                <w:rFonts w:ascii="Cambria" w:hAnsi="Cambria" w:cs="Calibri"/>
                <w:b/>
                <w:color w:val="auto"/>
                <w:sz w:val="20"/>
                <w:szCs w:val="20"/>
              </w:rPr>
              <w:t xml:space="preserve"> </w:t>
            </w:r>
            <w:r w:rsidRPr="003F6735">
              <w:rPr>
                <w:rFonts w:ascii="Cambria" w:hAnsi="Cambria" w:cs="Calibri"/>
                <w:color w:val="auto"/>
                <w:sz w:val="20"/>
                <w:szCs w:val="20"/>
              </w:rPr>
              <w:t>Sponsorluğu</w:t>
            </w:r>
            <w:r w:rsidRPr="00A069A8">
              <w:rPr>
                <w:rFonts w:ascii="Cambria" w:hAnsi="Cambria" w:cs="Calibri"/>
                <w:i/>
                <w:color w:val="auto"/>
                <w:sz w:val="20"/>
                <w:szCs w:val="20"/>
              </w:rPr>
              <w:br/>
              <w:t>23.11.2027 tarihli kahvaltı</w:t>
            </w:r>
          </w:p>
        </w:tc>
        <w:tc>
          <w:tcPr>
            <w:tcW w:w="862" w:type="dxa"/>
          </w:tcPr>
          <w:p w14:paraId="0EF20012"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3"/>
                <w:tag w:val="yan_3"/>
                <w:id w:val="-883473570"/>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74F96E07" w14:textId="77777777" w:rsidR="005C414E" w:rsidRPr="00A069A8" w:rsidRDefault="005C414E" w:rsidP="00746282">
            <w:pPr>
              <w:jc w:val="right"/>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0A46F956" w14:textId="77777777" w:rsidTr="0074628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3114" w:type="dxa"/>
          </w:tcPr>
          <w:p w14:paraId="1660DC65"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Zümrüt</w:t>
            </w:r>
            <w:r>
              <w:rPr>
                <w:rFonts w:ascii="Cambria" w:hAnsi="Cambria" w:cs="Calibri"/>
                <w:b w:val="0"/>
                <w:color w:val="auto"/>
                <w:sz w:val="20"/>
                <w:szCs w:val="20"/>
              </w:rPr>
              <w:t xml:space="preserve"> </w:t>
            </w:r>
            <w:r w:rsidRPr="00A069A8">
              <w:rPr>
                <w:rFonts w:ascii="Cambria" w:hAnsi="Cambria" w:cs="Calibri"/>
                <w:b w:val="0"/>
                <w:color w:val="auto"/>
                <w:sz w:val="20"/>
                <w:szCs w:val="20"/>
              </w:rPr>
              <w:t xml:space="preserve"> Sponsorluk</w:t>
            </w:r>
          </w:p>
        </w:tc>
        <w:tc>
          <w:tcPr>
            <w:tcW w:w="906" w:type="dxa"/>
          </w:tcPr>
          <w:p w14:paraId="1CF3BF3F"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3"/>
                <w:tag w:val="ana_3"/>
                <w:id w:val="203263"/>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4DFCA256"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25.000 €</w:t>
            </w:r>
          </w:p>
        </w:tc>
        <w:tc>
          <w:tcPr>
            <w:tcW w:w="3107" w:type="dxa"/>
          </w:tcPr>
          <w:p w14:paraId="6FEC9DE6"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 xml:space="preserve">Kahvaltı </w:t>
            </w:r>
            <w:r>
              <w:rPr>
                <w:rFonts w:ascii="Cambria" w:hAnsi="Cambria" w:cs="Calibri"/>
                <w:color w:val="auto"/>
                <w:sz w:val="20"/>
                <w:szCs w:val="20"/>
              </w:rPr>
              <w:t>–</w:t>
            </w:r>
            <w:r w:rsidRPr="00A069A8">
              <w:rPr>
                <w:rFonts w:ascii="Cambria" w:hAnsi="Cambria" w:cs="Calibri"/>
                <w:color w:val="auto"/>
                <w:sz w:val="20"/>
                <w:szCs w:val="20"/>
              </w:rPr>
              <w:t xml:space="preserve"> 2</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r w:rsidRPr="00A069A8">
              <w:rPr>
                <w:rFonts w:ascii="Cambria" w:hAnsi="Cambria" w:cs="Calibri"/>
                <w:i/>
                <w:color w:val="auto"/>
                <w:sz w:val="20"/>
                <w:szCs w:val="20"/>
              </w:rPr>
              <w:br/>
              <w:t>24.11.2027 tarihli kahvaltı</w:t>
            </w:r>
          </w:p>
        </w:tc>
        <w:tc>
          <w:tcPr>
            <w:tcW w:w="862" w:type="dxa"/>
          </w:tcPr>
          <w:p w14:paraId="63726688"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4"/>
                <w:tag w:val="yan_4"/>
                <w:id w:val="-1990546914"/>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36D4517D"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1A780B03" w14:textId="77777777" w:rsidTr="00746282">
        <w:trPr>
          <w:trHeight w:val="371"/>
        </w:trPr>
        <w:tc>
          <w:tcPr>
            <w:cnfStyle w:val="001000000000" w:firstRow="0" w:lastRow="0" w:firstColumn="1" w:lastColumn="0" w:oddVBand="0" w:evenVBand="0" w:oddHBand="0" w:evenHBand="0" w:firstRowFirstColumn="0" w:firstRowLastColumn="0" w:lastRowFirstColumn="0" w:lastRowLastColumn="0"/>
            <w:tcW w:w="3114" w:type="dxa"/>
          </w:tcPr>
          <w:p w14:paraId="5FD8124F" w14:textId="77777777" w:rsidR="005C414E" w:rsidRPr="00A069A8" w:rsidRDefault="005C414E" w:rsidP="00746282">
            <w:pPr>
              <w:rPr>
                <w:rFonts w:ascii="Cambria" w:hAnsi="Cambria" w:cs="Calibri"/>
                <w:b w:val="0"/>
                <w:strike/>
                <w:color w:val="auto"/>
                <w:sz w:val="20"/>
                <w:szCs w:val="20"/>
              </w:rPr>
            </w:pPr>
            <w:r w:rsidRPr="00A069A8">
              <w:rPr>
                <w:rFonts w:ascii="Cambria" w:hAnsi="Cambria" w:cs="Calibri"/>
                <w:b w:val="0"/>
                <w:color w:val="auto"/>
                <w:sz w:val="20"/>
                <w:szCs w:val="20"/>
              </w:rPr>
              <w:t>Kongre Çantası Sponsorlu</w:t>
            </w:r>
            <w:r>
              <w:rPr>
                <w:rFonts w:ascii="Cambria" w:hAnsi="Cambria" w:cs="Calibri"/>
                <w:b w:val="0"/>
                <w:color w:val="auto"/>
                <w:sz w:val="20"/>
                <w:szCs w:val="20"/>
              </w:rPr>
              <w:t>ğu</w:t>
            </w:r>
          </w:p>
        </w:tc>
        <w:tc>
          <w:tcPr>
            <w:tcW w:w="906" w:type="dxa"/>
          </w:tcPr>
          <w:p w14:paraId="7F435822"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5"/>
                <w:tag w:val="ana_5"/>
                <w:id w:val="-1688899149"/>
                <w14:checkbox>
                  <w14:checked w14:val="0"/>
                  <w14:checkedState w14:val="2612" w14:font="MS Gothic"/>
                  <w14:uncheckedState w14:val="2610" w14:font="MS Gothic"/>
                </w14:checkbox>
              </w:sdtPr>
              <w:sdtEndPr/>
              <w:sdtContent>
                <w:r w:rsidR="005C414E">
                  <w:rPr>
                    <w:rFonts w:ascii="MS Gothic" w:eastAsia="MS Gothic" w:hAnsi="MS Gothic" w:cs="Calibri" w:hint="eastAsia"/>
                    <w:color w:val="auto"/>
                    <w:sz w:val="20"/>
                    <w:szCs w:val="20"/>
                  </w:rPr>
                  <w:t>☐</w:t>
                </w:r>
              </w:sdtContent>
            </w:sdt>
          </w:p>
        </w:tc>
        <w:tc>
          <w:tcPr>
            <w:tcW w:w="1090" w:type="dxa"/>
          </w:tcPr>
          <w:p w14:paraId="5598FEB8" w14:textId="77777777" w:rsidR="005C414E" w:rsidRPr="00A069A8" w:rsidRDefault="005C414E"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30.000 €</w:t>
            </w:r>
          </w:p>
        </w:tc>
        <w:tc>
          <w:tcPr>
            <w:tcW w:w="3107" w:type="dxa"/>
          </w:tcPr>
          <w:p w14:paraId="6970C81C" w14:textId="77777777" w:rsidR="005C414E" w:rsidRPr="00A069A8" w:rsidRDefault="005C414E" w:rsidP="00746282">
            <w:pP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 xml:space="preserve">Öğle Yemeği </w:t>
            </w:r>
            <w:r>
              <w:rPr>
                <w:rFonts w:ascii="Cambria" w:hAnsi="Cambria" w:cs="Calibri"/>
                <w:color w:val="auto"/>
                <w:sz w:val="20"/>
                <w:szCs w:val="20"/>
              </w:rPr>
              <w:t>–</w:t>
            </w:r>
            <w:r w:rsidRPr="00A069A8">
              <w:rPr>
                <w:rFonts w:ascii="Cambria" w:hAnsi="Cambria" w:cs="Calibri"/>
                <w:color w:val="auto"/>
                <w:sz w:val="20"/>
                <w:szCs w:val="20"/>
              </w:rPr>
              <w:t xml:space="preserve"> 1</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r w:rsidRPr="00A069A8">
              <w:rPr>
                <w:rFonts w:ascii="Cambria" w:hAnsi="Cambria" w:cs="Calibri"/>
                <w:i/>
                <w:color w:val="auto"/>
                <w:sz w:val="20"/>
                <w:szCs w:val="20"/>
              </w:rPr>
              <w:br/>
              <w:t>23.11.2027 tarihli öğle yemeği</w:t>
            </w:r>
          </w:p>
        </w:tc>
        <w:tc>
          <w:tcPr>
            <w:tcW w:w="862" w:type="dxa"/>
          </w:tcPr>
          <w:p w14:paraId="26B9D043"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5"/>
                <w:tag w:val="yan_5"/>
                <w:id w:val="1976872553"/>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41775802" w14:textId="77777777" w:rsidR="005C414E" w:rsidRPr="00A069A8" w:rsidRDefault="005C414E" w:rsidP="00746282">
            <w:pPr>
              <w:jc w:val="right"/>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502F2944" w14:textId="77777777" w:rsidTr="00746282">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3114" w:type="dxa"/>
          </w:tcPr>
          <w:p w14:paraId="0A4B341B"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Gala Yemeği</w:t>
            </w:r>
            <w:r>
              <w:rPr>
                <w:rFonts w:ascii="Cambria" w:hAnsi="Cambria" w:cs="Calibri"/>
                <w:b w:val="0"/>
                <w:color w:val="auto"/>
                <w:sz w:val="20"/>
                <w:szCs w:val="20"/>
              </w:rPr>
              <w:t xml:space="preserve"> </w:t>
            </w:r>
            <w:r w:rsidRPr="00A069A8">
              <w:rPr>
                <w:rFonts w:ascii="Cambria" w:hAnsi="Cambria" w:cs="Calibri"/>
                <w:b w:val="0"/>
                <w:color w:val="auto"/>
                <w:sz w:val="20"/>
                <w:szCs w:val="20"/>
              </w:rPr>
              <w:t xml:space="preserve"> Sponsorlu</w:t>
            </w:r>
            <w:r>
              <w:rPr>
                <w:rFonts w:ascii="Cambria" w:hAnsi="Cambria" w:cs="Calibri"/>
                <w:b w:val="0"/>
                <w:color w:val="auto"/>
                <w:sz w:val="20"/>
                <w:szCs w:val="20"/>
              </w:rPr>
              <w:t>ğu</w:t>
            </w:r>
          </w:p>
        </w:tc>
        <w:tc>
          <w:tcPr>
            <w:tcW w:w="906" w:type="dxa"/>
          </w:tcPr>
          <w:p w14:paraId="021AA443"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6"/>
                <w:tag w:val="ana_6"/>
                <w:id w:val="160901195"/>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531C5782"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30.000 €</w:t>
            </w:r>
          </w:p>
        </w:tc>
        <w:tc>
          <w:tcPr>
            <w:tcW w:w="3107" w:type="dxa"/>
          </w:tcPr>
          <w:p w14:paraId="015606C6"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 xml:space="preserve">Öğle Yemeği </w:t>
            </w:r>
            <w:r>
              <w:rPr>
                <w:rFonts w:ascii="Cambria" w:hAnsi="Cambria" w:cs="Calibri"/>
                <w:color w:val="auto"/>
                <w:sz w:val="20"/>
                <w:szCs w:val="20"/>
              </w:rPr>
              <w:t>–</w:t>
            </w:r>
            <w:r w:rsidRPr="00A069A8">
              <w:rPr>
                <w:rFonts w:ascii="Cambria" w:hAnsi="Cambria" w:cs="Calibri"/>
                <w:color w:val="auto"/>
                <w:sz w:val="20"/>
                <w:szCs w:val="20"/>
              </w:rPr>
              <w:t xml:space="preserve"> 2</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r w:rsidRPr="00A069A8">
              <w:rPr>
                <w:rFonts w:ascii="Cambria" w:hAnsi="Cambria" w:cs="Calibri"/>
                <w:i/>
                <w:color w:val="auto"/>
                <w:sz w:val="20"/>
                <w:szCs w:val="20"/>
              </w:rPr>
              <w:br/>
              <w:t>24.11.2027 tarihli öğle yemeği</w:t>
            </w:r>
          </w:p>
        </w:tc>
        <w:tc>
          <w:tcPr>
            <w:tcW w:w="862" w:type="dxa"/>
          </w:tcPr>
          <w:p w14:paraId="5C4E9DAA"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6"/>
                <w:tag w:val="yan_6"/>
                <w:id w:val="1463382878"/>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4F036464"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6F95CCEE" w14:textId="77777777" w:rsidTr="00746282">
        <w:trPr>
          <w:trHeight w:val="362"/>
        </w:trPr>
        <w:tc>
          <w:tcPr>
            <w:cnfStyle w:val="001000000000" w:firstRow="0" w:lastRow="0" w:firstColumn="1" w:lastColumn="0" w:oddVBand="0" w:evenVBand="0" w:oddHBand="0" w:evenHBand="0" w:firstRowFirstColumn="0" w:firstRowLastColumn="0" w:lastRowFirstColumn="0" w:lastRowLastColumn="0"/>
            <w:tcW w:w="3114" w:type="dxa"/>
          </w:tcPr>
          <w:p w14:paraId="3C4F06D8"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Eğlence Gecesi</w:t>
            </w:r>
            <w:r>
              <w:rPr>
                <w:rFonts w:ascii="Cambria" w:hAnsi="Cambria" w:cs="Calibri"/>
                <w:b w:val="0"/>
                <w:color w:val="auto"/>
                <w:sz w:val="20"/>
                <w:szCs w:val="20"/>
              </w:rPr>
              <w:t xml:space="preserve"> Sponsorluğu</w:t>
            </w:r>
          </w:p>
        </w:tc>
        <w:tc>
          <w:tcPr>
            <w:tcW w:w="906" w:type="dxa"/>
          </w:tcPr>
          <w:p w14:paraId="3EC670F3"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7"/>
                <w:tag w:val="ana_7"/>
                <w:id w:val="-1104258176"/>
                <w14:checkbox>
                  <w14:checked w14:val="0"/>
                  <w14:checkedState w14:val="2612" w14:font="MS Gothic"/>
                  <w14:uncheckedState w14:val="2610" w14:font="MS Gothic"/>
                </w14:checkbox>
              </w:sdtPr>
              <w:sdtEndPr/>
              <w:sdtContent>
                <w:r w:rsidR="005C414E" w:rsidRPr="00A069A8">
                  <w:rPr>
                    <w:rFonts w:ascii="Segoe UI Symbol" w:eastAsia="MS Gothic" w:hAnsi="Segoe UI Symbol" w:cs="Segoe UI Symbol"/>
                    <w:color w:val="auto"/>
                    <w:sz w:val="20"/>
                    <w:szCs w:val="20"/>
                  </w:rPr>
                  <w:t>☐</w:t>
                </w:r>
              </w:sdtContent>
            </w:sdt>
          </w:p>
        </w:tc>
        <w:tc>
          <w:tcPr>
            <w:tcW w:w="1090" w:type="dxa"/>
          </w:tcPr>
          <w:p w14:paraId="5DE7E401" w14:textId="77777777" w:rsidR="005C414E" w:rsidRPr="00A069A8" w:rsidRDefault="005C414E"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20.000 €</w:t>
            </w:r>
          </w:p>
        </w:tc>
        <w:tc>
          <w:tcPr>
            <w:tcW w:w="3107" w:type="dxa"/>
          </w:tcPr>
          <w:p w14:paraId="2422F061" w14:textId="77777777" w:rsidR="005C414E" w:rsidRPr="00A069A8" w:rsidRDefault="005C414E" w:rsidP="00746282">
            <w:pP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 xml:space="preserve">Akşam Yemeği </w:t>
            </w:r>
            <w:r>
              <w:rPr>
                <w:rFonts w:ascii="Cambria" w:hAnsi="Cambria" w:cs="Calibri"/>
                <w:color w:val="auto"/>
                <w:sz w:val="20"/>
                <w:szCs w:val="20"/>
              </w:rPr>
              <w:t>–</w:t>
            </w:r>
            <w:r w:rsidRPr="00A069A8">
              <w:rPr>
                <w:rFonts w:ascii="Cambria" w:hAnsi="Cambria" w:cs="Calibri"/>
                <w:color w:val="auto"/>
                <w:sz w:val="20"/>
                <w:szCs w:val="20"/>
              </w:rPr>
              <w:t xml:space="preserve"> 1</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r w:rsidRPr="00A069A8">
              <w:rPr>
                <w:rFonts w:ascii="Cambria" w:hAnsi="Cambria" w:cs="Calibri"/>
                <w:i/>
                <w:color w:val="auto"/>
                <w:sz w:val="20"/>
                <w:szCs w:val="20"/>
              </w:rPr>
              <w:br/>
              <w:t>22.11.2027 tarihli akşam yemeği</w:t>
            </w:r>
          </w:p>
        </w:tc>
        <w:tc>
          <w:tcPr>
            <w:tcW w:w="862" w:type="dxa"/>
          </w:tcPr>
          <w:p w14:paraId="6B6C6FEF"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7"/>
                <w:tag w:val="yan_7"/>
                <w:id w:val="-773096892"/>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3A0F1498" w14:textId="77777777" w:rsidR="005C414E" w:rsidRPr="00A069A8" w:rsidRDefault="005C414E" w:rsidP="00746282">
            <w:pPr>
              <w:jc w:val="right"/>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35FA814A" w14:textId="77777777" w:rsidTr="00746282">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3114" w:type="dxa"/>
          </w:tcPr>
          <w:p w14:paraId="60E3ABC3"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Hoş Geldin Kokteyli</w:t>
            </w:r>
            <w:r>
              <w:rPr>
                <w:rFonts w:ascii="Cambria" w:hAnsi="Cambria" w:cs="Calibri"/>
                <w:b w:val="0"/>
                <w:color w:val="auto"/>
                <w:sz w:val="20"/>
                <w:szCs w:val="20"/>
              </w:rPr>
              <w:t xml:space="preserve">  Sponsorluğu</w:t>
            </w:r>
          </w:p>
        </w:tc>
        <w:tc>
          <w:tcPr>
            <w:tcW w:w="906" w:type="dxa"/>
          </w:tcPr>
          <w:p w14:paraId="194147DC"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8"/>
                <w:tag w:val="ana_8"/>
                <w:id w:val="275385667"/>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786E8B99"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Pr>
                <w:rFonts w:ascii="Cambria" w:hAnsi="Cambria" w:cs="Calibri"/>
                <w:color w:val="auto"/>
                <w:sz w:val="20"/>
                <w:szCs w:val="20"/>
              </w:rPr>
              <w:t>20</w:t>
            </w:r>
            <w:r w:rsidRPr="00A069A8">
              <w:rPr>
                <w:rFonts w:ascii="Cambria" w:hAnsi="Cambria" w:cs="Calibri"/>
                <w:color w:val="auto"/>
                <w:sz w:val="20"/>
                <w:szCs w:val="20"/>
              </w:rPr>
              <w:t>.000 €</w:t>
            </w:r>
          </w:p>
        </w:tc>
        <w:tc>
          <w:tcPr>
            <w:tcW w:w="3107" w:type="dxa"/>
          </w:tcPr>
          <w:p w14:paraId="43EE7421"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 xml:space="preserve">Akşam Yemeği </w:t>
            </w:r>
            <w:r>
              <w:rPr>
                <w:rFonts w:ascii="Cambria" w:hAnsi="Cambria" w:cs="Calibri"/>
                <w:color w:val="auto"/>
                <w:sz w:val="20"/>
                <w:szCs w:val="20"/>
              </w:rPr>
              <w:t>–</w:t>
            </w:r>
            <w:r w:rsidRPr="00A069A8">
              <w:rPr>
                <w:rFonts w:ascii="Cambria" w:hAnsi="Cambria" w:cs="Calibri"/>
                <w:color w:val="auto"/>
                <w:sz w:val="20"/>
                <w:szCs w:val="20"/>
              </w:rPr>
              <w:t xml:space="preserve"> 2</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r w:rsidRPr="00A069A8">
              <w:rPr>
                <w:rFonts w:ascii="Cambria" w:hAnsi="Cambria" w:cs="Calibri"/>
                <w:i/>
                <w:color w:val="auto"/>
                <w:sz w:val="20"/>
                <w:szCs w:val="20"/>
              </w:rPr>
              <w:br/>
              <w:t>23.11.2027 tarihli akşam yemeği</w:t>
            </w:r>
          </w:p>
        </w:tc>
        <w:tc>
          <w:tcPr>
            <w:tcW w:w="862" w:type="dxa"/>
          </w:tcPr>
          <w:p w14:paraId="2DE9E018"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8"/>
                <w:tag w:val="yan_8"/>
                <w:id w:val="-747964283"/>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0046C4DA"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433ECCE5" w14:textId="77777777" w:rsidTr="00746282">
        <w:trPr>
          <w:trHeight w:val="362"/>
        </w:trPr>
        <w:tc>
          <w:tcPr>
            <w:cnfStyle w:val="001000000000" w:firstRow="0" w:lastRow="0" w:firstColumn="1" w:lastColumn="0" w:oddVBand="0" w:evenVBand="0" w:oddHBand="0" w:evenHBand="0" w:firstRowFirstColumn="0" w:firstRowLastColumn="0" w:lastRowFirstColumn="0" w:lastRowLastColumn="0"/>
            <w:tcW w:w="3114" w:type="dxa"/>
          </w:tcPr>
          <w:p w14:paraId="663EC029"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Oda Kartları</w:t>
            </w:r>
            <w:r>
              <w:rPr>
                <w:rFonts w:ascii="Cambria" w:hAnsi="Cambria" w:cs="Calibri"/>
                <w:b w:val="0"/>
                <w:color w:val="auto"/>
                <w:sz w:val="20"/>
                <w:szCs w:val="20"/>
              </w:rPr>
              <w:t xml:space="preserve">  Sponsorluğu</w:t>
            </w:r>
          </w:p>
        </w:tc>
        <w:tc>
          <w:tcPr>
            <w:tcW w:w="906" w:type="dxa"/>
          </w:tcPr>
          <w:p w14:paraId="105EC9AD"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4"/>
                <w:tag w:val="ana_4"/>
                <w:id w:val="-1184126431"/>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1F6BB117" w14:textId="77777777" w:rsidR="005C414E" w:rsidRPr="00A069A8" w:rsidRDefault="005C414E"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c>
          <w:tcPr>
            <w:tcW w:w="3107" w:type="dxa"/>
          </w:tcPr>
          <w:p w14:paraId="01757E86" w14:textId="77777777" w:rsidR="005C414E" w:rsidRPr="00A069A8" w:rsidRDefault="005C414E" w:rsidP="00746282">
            <w:pP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Özel Sunum</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p>
        </w:tc>
        <w:tc>
          <w:tcPr>
            <w:tcW w:w="862" w:type="dxa"/>
          </w:tcPr>
          <w:p w14:paraId="138392E1"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8"/>
                <w:tag w:val="ana_8"/>
                <w:id w:val="1899471349"/>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39A67E0F" w14:textId="77777777" w:rsidR="005C414E" w:rsidRPr="00A069A8" w:rsidRDefault="005C414E" w:rsidP="00746282">
            <w:pPr>
              <w:jc w:val="right"/>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5.000 €</w:t>
            </w:r>
          </w:p>
        </w:tc>
      </w:tr>
      <w:tr w:rsidR="005C414E" w:rsidRPr="00EC4069" w14:paraId="4AED9FC7" w14:textId="77777777" w:rsidTr="0074628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3114" w:type="dxa"/>
          </w:tcPr>
          <w:p w14:paraId="5B473B44"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Sandalye Giydirme</w:t>
            </w:r>
            <w:r>
              <w:rPr>
                <w:rFonts w:ascii="Cambria" w:hAnsi="Cambria" w:cs="Calibri"/>
                <w:b w:val="0"/>
                <w:color w:val="auto"/>
                <w:sz w:val="20"/>
                <w:szCs w:val="20"/>
              </w:rPr>
              <w:t xml:space="preserve">  Sponsorluğu</w:t>
            </w:r>
          </w:p>
        </w:tc>
        <w:tc>
          <w:tcPr>
            <w:tcW w:w="906" w:type="dxa"/>
          </w:tcPr>
          <w:p w14:paraId="56B983E2"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5"/>
                <w:tag w:val="ana_5"/>
                <w:id w:val="1890386081"/>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26054953"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c>
          <w:tcPr>
            <w:tcW w:w="3107" w:type="dxa"/>
          </w:tcPr>
          <w:p w14:paraId="33DAAEEC"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Kahve Molası</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p>
        </w:tc>
        <w:tc>
          <w:tcPr>
            <w:tcW w:w="862" w:type="dxa"/>
          </w:tcPr>
          <w:p w14:paraId="67756F4B"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4"/>
                <w:tag w:val="ana_4"/>
                <w:id w:val="2109311057"/>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1F3B8F1A"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42D47C63" w14:textId="77777777" w:rsidTr="00746282">
        <w:trPr>
          <w:trHeight w:val="362"/>
        </w:trPr>
        <w:tc>
          <w:tcPr>
            <w:cnfStyle w:val="001000000000" w:firstRow="0" w:lastRow="0" w:firstColumn="1" w:lastColumn="0" w:oddVBand="0" w:evenVBand="0" w:oddHBand="0" w:evenHBand="0" w:firstRowFirstColumn="0" w:firstRowLastColumn="0" w:lastRowFirstColumn="0" w:lastRowLastColumn="0"/>
            <w:tcW w:w="3114" w:type="dxa"/>
          </w:tcPr>
          <w:p w14:paraId="19176C23"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USB</w:t>
            </w:r>
            <w:r>
              <w:rPr>
                <w:rFonts w:ascii="Cambria" w:hAnsi="Cambria" w:cs="Calibri"/>
                <w:b w:val="0"/>
                <w:color w:val="auto"/>
                <w:sz w:val="20"/>
                <w:szCs w:val="20"/>
              </w:rPr>
              <w:t xml:space="preserve">  Sponsorluğu</w:t>
            </w:r>
          </w:p>
        </w:tc>
        <w:tc>
          <w:tcPr>
            <w:tcW w:w="906" w:type="dxa"/>
          </w:tcPr>
          <w:p w14:paraId="329C4233"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6"/>
                <w:tag w:val="ana_6"/>
                <w:id w:val="-400288998"/>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2FA45CF2" w14:textId="77777777" w:rsidR="005C414E" w:rsidRPr="00A069A8" w:rsidRDefault="005C414E"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c>
          <w:tcPr>
            <w:tcW w:w="3107" w:type="dxa"/>
          </w:tcPr>
          <w:p w14:paraId="4F8E6F27" w14:textId="77777777" w:rsidR="005C414E" w:rsidRPr="00A069A8" w:rsidRDefault="005C414E" w:rsidP="00746282">
            <w:pP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Kongre Programı</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p>
        </w:tc>
        <w:tc>
          <w:tcPr>
            <w:tcW w:w="862" w:type="dxa"/>
          </w:tcPr>
          <w:p w14:paraId="264B10B3"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5"/>
                <w:tag w:val="ana_5"/>
                <w:id w:val="-1400355393"/>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28CC5B3A" w14:textId="77777777" w:rsidR="005C414E" w:rsidRPr="00A069A8" w:rsidRDefault="005C414E" w:rsidP="00746282">
            <w:pPr>
              <w:jc w:val="right"/>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r>
      <w:tr w:rsidR="005C414E" w:rsidRPr="00EC4069" w14:paraId="28732248" w14:textId="77777777" w:rsidTr="0074628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3114" w:type="dxa"/>
          </w:tcPr>
          <w:p w14:paraId="6CB4C445"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Blok Not</w:t>
            </w:r>
            <w:r>
              <w:rPr>
                <w:rFonts w:ascii="Cambria" w:hAnsi="Cambria" w:cs="Calibri"/>
                <w:b w:val="0"/>
                <w:color w:val="auto"/>
                <w:sz w:val="20"/>
                <w:szCs w:val="20"/>
              </w:rPr>
              <w:t xml:space="preserve">  Sponsorluğu</w:t>
            </w:r>
          </w:p>
        </w:tc>
        <w:tc>
          <w:tcPr>
            <w:tcW w:w="906" w:type="dxa"/>
          </w:tcPr>
          <w:p w14:paraId="6DDA70E4"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7"/>
                <w:tag w:val="ana_7"/>
                <w:id w:val="-361284625"/>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7029D555"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c>
          <w:tcPr>
            <w:tcW w:w="3107" w:type="dxa"/>
          </w:tcPr>
          <w:p w14:paraId="0FEA1D7C"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Pr>
                <w:rFonts w:ascii="Cambria" w:hAnsi="Cambria" w:cs="Calibri"/>
                <w:color w:val="auto"/>
                <w:sz w:val="20"/>
                <w:szCs w:val="20"/>
              </w:rPr>
              <w:t xml:space="preserve">Mobil Uygulama </w:t>
            </w:r>
            <w:r w:rsidRPr="003F6735">
              <w:rPr>
                <w:rFonts w:ascii="Cambria" w:hAnsi="Cambria" w:cs="Calibri"/>
                <w:color w:val="auto"/>
                <w:sz w:val="20"/>
                <w:szCs w:val="20"/>
              </w:rPr>
              <w:t xml:space="preserve"> Sponsorluğu</w:t>
            </w:r>
          </w:p>
        </w:tc>
        <w:tc>
          <w:tcPr>
            <w:tcW w:w="862" w:type="dxa"/>
          </w:tcPr>
          <w:p w14:paraId="2379DE6A"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6"/>
                <w:tag w:val="ana_6"/>
                <w:id w:val="-1119303512"/>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15563D1C"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10.000 €</w:t>
            </w:r>
          </w:p>
        </w:tc>
      </w:tr>
      <w:tr w:rsidR="005C414E" w:rsidRPr="00EC4069" w14:paraId="67F094E0" w14:textId="77777777" w:rsidTr="00746282">
        <w:trPr>
          <w:trHeight w:val="362"/>
        </w:trPr>
        <w:tc>
          <w:tcPr>
            <w:cnfStyle w:val="001000000000" w:firstRow="0" w:lastRow="0" w:firstColumn="1" w:lastColumn="0" w:oddVBand="0" w:evenVBand="0" w:oddHBand="0" w:evenHBand="0" w:firstRowFirstColumn="0" w:firstRowLastColumn="0" w:lastRowFirstColumn="0" w:lastRowLastColumn="0"/>
            <w:tcW w:w="3114" w:type="dxa"/>
          </w:tcPr>
          <w:p w14:paraId="63F6E617"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Kalem</w:t>
            </w:r>
            <w:r>
              <w:rPr>
                <w:rFonts w:ascii="Cambria" w:hAnsi="Cambria" w:cs="Calibri"/>
                <w:b w:val="0"/>
                <w:color w:val="auto"/>
                <w:sz w:val="20"/>
                <w:szCs w:val="20"/>
              </w:rPr>
              <w:t xml:space="preserve">  Sponsorluğu</w:t>
            </w:r>
          </w:p>
        </w:tc>
        <w:tc>
          <w:tcPr>
            <w:tcW w:w="906" w:type="dxa"/>
          </w:tcPr>
          <w:p w14:paraId="11E5FA91"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8"/>
                <w:tag w:val="ana_8"/>
                <w:id w:val="-817803452"/>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3ECA49F8" w14:textId="77777777" w:rsidR="005C414E" w:rsidRPr="00A069A8" w:rsidRDefault="005C414E"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c>
          <w:tcPr>
            <w:tcW w:w="3107" w:type="dxa"/>
          </w:tcPr>
          <w:p w14:paraId="718478E5" w14:textId="77777777" w:rsidR="005C414E" w:rsidRPr="00A069A8" w:rsidRDefault="005C414E" w:rsidP="00746282">
            <w:pP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Simultane Çeviri</w:t>
            </w:r>
            <w:r>
              <w:rPr>
                <w:rFonts w:ascii="Cambria" w:hAnsi="Cambria" w:cs="Calibri"/>
                <w:color w:val="auto"/>
                <w:sz w:val="20"/>
                <w:szCs w:val="20"/>
              </w:rPr>
              <w:t xml:space="preserve"> </w:t>
            </w:r>
            <w:r w:rsidRPr="003F6735">
              <w:rPr>
                <w:rFonts w:ascii="Cambria" w:hAnsi="Cambria" w:cs="Calibri"/>
                <w:color w:val="auto"/>
                <w:sz w:val="20"/>
                <w:szCs w:val="20"/>
              </w:rPr>
              <w:t xml:space="preserve"> Sponsorluğu</w:t>
            </w:r>
          </w:p>
        </w:tc>
        <w:tc>
          <w:tcPr>
            <w:tcW w:w="862" w:type="dxa"/>
          </w:tcPr>
          <w:p w14:paraId="021EE62D" w14:textId="77777777" w:rsidR="005C414E" w:rsidRPr="00A069A8" w:rsidRDefault="00556EF1" w:rsidP="00746282">
            <w:pPr>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ana_7"/>
                <w:tag w:val="ana_7"/>
                <w:id w:val="-1768839391"/>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134" w:type="dxa"/>
          </w:tcPr>
          <w:p w14:paraId="7670FEEC" w14:textId="77777777" w:rsidR="005C414E" w:rsidRPr="00A069A8" w:rsidRDefault="005C414E" w:rsidP="00746282">
            <w:pPr>
              <w:jc w:val="right"/>
              <w:cnfStyle w:val="000000000000" w:firstRow="0" w:lastRow="0" w:firstColumn="0" w:lastColumn="0" w:oddVBand="0" w:evenVBand="0" w:oddHBand="0"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10.000 €</w:t>
            </w:r>
          </w:p>
        </w:tc>
      </w:tr>
      <w:tr w:rsidR="005C414E" w:rsidRPr="00EC4069" w14:paraId="30ED1A20" w14:textId="77777777" w:rsidTr="0074628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3114" w:type="dxa"/>
          </w:tcPr>
          <w:p w14:paraId="138C50EF" w14:textId="77777777" w:rsidR="005C414E" w:rsidRPr="00A069A8" w:rsidRDefault="005C414E" w:rsidP="00746282">
            <w:pPr>
              <w:rPr>
                <w:rFonts w:ascii="Cambria" w:hAnsi="Cambria" w:cs="Calibri"/>
                <w:b w:val="0"/>
                <w:color w:val="auto"/>
                <w:sz w:val="20"/>
                <w:szCs w:val="20"/>
              </w:rPr>
            </w:pPr>
            <w:r w:rsidRPr="00A069A8">
              <w:rPr>
                <w:rFonts w:ascii="Cambria" w:hAnsi="Cambria" w:cs="Calibri"/>
                <w:b w:val="0"/>
                <w:color w:val="auto"/>
                <w:sz w:val="20"/>
                <w:szCs w:val="20"/>
              </w:rPr>
              <w:t>Yönlendirme</w:t>
            </w:r>
            <w:r>
              <w:rPr>
                <w:rFonts w:ascii="Cambria" w:hAnsi="Cambria" w:cs="Calibri"/>
                <w:b w:val="0"/>
                <w:color w:val="auto"/>
                <w:sz w:val="20"/>
                <w:szCs w:val="20"/>
              </w:rPr>
              <w:t xml:space="preserve">  Sponsorluğu</w:t>
            </w:r>
          </w:p>
        </w:tc>
        <w:tc>
          <w:tcPr>
            <w:tcW w:w="906" w:type="dxa"/>
          </w:tcPr>
          <w:p w14:paraId="0909A876" w14:textId="77777777" w:rsidR="005C414E" w:rsidRPr="00A069A8" w:rsidRDefault="00556EF1"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sdt>
              <w:sdtPr>
                <w:rPr>
                  <w:rFonts w:ascii="Cambria" w:hAnsi="Cambria" w:cs="Calibri"/>
                  <w:color w:val="auto"/>
                  <w:sz w:val="20"/>
                  <w:szCs w:val="20"/>
                </w:rPr>
                <w:alias w:val="yan_1"/>
                <w:tag w:val="yan_1"/>
                <w:id w:val="788701253"/>
                <w14:checkbox>
                  <w14:checked w14:val="0"/>
                  <w14:checkedState w14:val="2612" w14:font="MS Gothic"/>
                  <w14:uncheckedState w14:val="2610" w14:font="MS Gothic"/>
                </w14:checkbox>
              </w:sdtPr>
              <w:sdtEndPr/>
              <w:sdtContent>
                <w:r w:rsidR="005C414E" w:rsidRPr="00A069A8">
                  <w:rPr>
                    <w:rFonts w:ascii="Segoe UI Symbol" w:hAnsi="Segoe UI Symbol" w:cs="Segoe UI Symbol"/>
                    <w:color w:val="auto"/>
                    <w:sz w:val="20"/>
                    <w:szCs w:val="20"/>
                  </w:rPr>
                  <w:t>☐</w:t>
                </w:r>
              </w:sdtContent>
            </w:sdt>
          </w:p>
        </w:tc>
        <w:tc>
          <w:tcPr>
            <w:tcW w:w="1090" w:type="dxa"/>
          </w:tcPr>
          <w:p w14:paraId="52905CDB"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r w:rsidRPr="00A069A8">
              <w:rPr>
                <w:rFonts w:ascii="Cambria" w:hAnsi="Cambria" w:cs="Calibri"/>
                <w:color w:val="auto"/>
                <w:sz w:val="20"/>
                <w:szCs w:val="20"/>
              </w:rPr>
              <w:t>15.000 €</w:t>
            </w:r>
          </w:p>
        </w:tc>
        <w:tc>
          <w:tcPr>
            <w:tcW w:w="3107" w:type="dxa"/>
          </w:tcPr>
          <w:p w14:paraId="07471AEC" w14:textId="77777777" w:rsidR="005C414E" w:rsidRPr="00A069A8" w:rsidRDefault="005C414E" w:rsidP="00746282">
            <w:pP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p>
        </w:tc>
        <w:tc>
          <w:tcPr>
            <w:tcW w:w="862" w:type="dxa"/>
          </w:tcPr>
          <w:p w14:paraId="4DE08FA6" w14:textId="77777777" w:rsidR="005C414E" w:rsidRPr="00A069A8" w:rsidRDefault="005C414E" w:rsidP="00746282">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p>
        </w:tc>
        <w:tc>
          <w:tcPr>
            <w:tcW w:w="1134" w:type="dxa"/>
          </w:tcPr>
          <w:p w14:paraId="3AF3AAD2" w14:textId="77777777" w:rsidR="005C414E" w:rsidRPr="00A069A8" w:rsidRDefault="005C414E" w:rsidP="00746282">
            <w:pPr>
              <w:jc w:val="right"/>
              <w:cnfStyle w:val="000000100000" w:firstRow="0" w:lastRow="0" w:firstColumn="0" w:lastColumn="0" w:oddVBand="0" w:evenVBand="0" w:oddHBand="1" w:evenHBand="0" w:firstRowFirstColumn="0" w:firstRowLastColumn="0" w:lastRowFirstColumn="0" w:lastRowLastColumn="0"/>
              <w:rPr>
                <w:rFonts w:ascii="Cambria" w:hAnsi="Cambria" w:cs="Calibri"/>
                <w:color w:val="auto"/>
                <w:sz w:val="20"/>
                <w:szCs w:val="20"/>
              </w:rPr>
            </w:pPr>
          </w:p>
        </w:tc>
      </w:tr>
    </w:tbl>
    <w:p w14:paraId="4EBF10FE" w14:textId="19EABBA5" w:rsidR="005C414E" w:rsidRPr="005C414E" w:rsidRDefault="005C414E" w:rsidP="00344522">
      <w:pPr>
        <w:rPr>
          <w:rFonts w:ascii="Cambria" w:hAnsi="Cambria"/>
          <w:sz w:val="20"/>
          <w:szCs w:val="20"/>
        </w:rPr>
        <w:sectPr w:rsidR="005C414E" w:rsidRPr="005C414E" w:rsidSect="00106A45">
          <w:headerReference w:type="default" r:id="rId8"/>
          <w:footerReference w:type="default" r:id="rId9"/>
          <w:pgSz w:w="11905" w:h="16838"/>
          <w:pgMar w:top="2127" w:right="835" w:bottom="979" w:left="835" w:header="259" w:footer="669" w:gutter="0"/>
          <w:pgBorders w:offsetFrom="page">
            <w:top w:val="single" w:sz="8" w:space="18" w:color="D8C6A8"/>
            <w:left w:val="single" w:sz="8" w:space="18" w:color="D8C6A8"/>
            <w:bottom w:val="single" w:sz="8" w:space="18" w:color="D8C6A8"/>
            <w:right w:val="single" w:sz="8" w:space="18" w:color="D8C6A8"/>
          </w:pgBorders>
          <w:cols w:space="720"/>
          <w:docGrid w:linePitch="360"/>
        </w:sectPr>
      </w:pPr>
    </w:p>
    <w:p w14:paraId="528ABA17" w14:textId="775C4EC9" w:rsidR="0016009F" w:rsidRPr="005C414E" w:rsidRDefault="0016009F" w:rsidP="0016009F">
      <w:pPr>
        <w:keepLines/>
        <w:spacing w:after="32" w:line="242" w:lineRule="auto"/>
        <w:jc w:val="both"/>
        <w:rPr>
          <w:rFonts w:ascii="Cambria" w:hAnsi="Cambria"/>
          <w:sz w:val="20"/>
          <w:szCs w:val="20"/>
        </w:rPr>
      </w:pPr>
    </w:p>
    <w:p w14:paraId="2B477EE4" w14:textId="70DBACB1" w:rsidR="00591365" w:rsidRPr="005C414E" w:rsidRDefault="00591365" w:rsidP="0016009F">
      <w:pPr>
        <w:keepLines/>
        <w:spacing w:after="32" w:line="242" w:lineRule="auto"/>
        <w:jc w:val="both"/>
        <w:rPr>
          <w:rFonts w:ascii="Cambria" w:hAnsi="Cambria"/>
          <w:sz w:val="20"/>
          <w:szCs w:val="20"/>
        </w:rPr>
      </w:pPr>
    </w:p>
    <w:p w14:paraId="367D0786" w14:textId="75967804" w:rsidR="00591365" w:rsidRPr="005C414E" w:rsidRDefault="00591365" w:rsidP="0016009F">
      <w:pPr>
        <w:keepLines/>
        <w:spacing w:after="32" w:line="242" w:lineRule="auto"/>
        <w:jc w:val="both"/>
        <w:rPr>
          <w:rFonts w:ascii="Cambria" w:hAnsi="Cambria"/>
          <w:sz w:val="20"/>
          <w:szCs w:val="20"/>
        </w:rPr>
      </w:pPr>
    </w:p>
    <w:p w14:paraId="21724CB8" w14:textId="77777777" w:rsidR="00591365" w:rsidRDefault="00591365" w:rsidP="00723A77">
      <w:pPr>
        <w:rPr>
          <w:rFonts w:ascii="Cambria" w:hAnsi="Cambria" w:cs="Aptos"/>
          <w:bCs/>
          <w:color w:val="243E63"/>
          <w:sz w:val="20"/>
          <w:szCs w:val="20"/>
        </w:rPr>
      </w:pPr>
    </w:p>
    <w:p w14:paraId="4F04981A" w14:textId="77777777" w:rsidR="00723A77" w:rsidRPr="00723A77" w:rsidRDefault="00723A77" w:rsidP="00723A77">
      <w:pPr>
        <w:rPr>
          <w:rFonts w:ascii="Cambria" w:hAnsi="Cambria" w:cs="Aptos"/>
          <w:bCs/>
          <w:color w:val="243E63"/>
          <w:sz w:val="20"/>
          <w:szCs w:val="20"/>
        </w:rPr>
      </w:pPr>
    </w:p>
    <w:p w14:paraId="735A4434" w14:textId="77777777" w:rsidR="00B00AB8" w:rsidRPr="00687789" w:rsidRDefault="00B00AB8" w:rsidP="00B00AB8">
      <w:pPr>
        <w:pStyle w:val="ListeParagraf"/>
        <w:keepLines/>
        <w:numPr>
          <w:ilvl w:val="0"/>
          <w:numId w:val="47"/>
        </w:numPr>
        <w:spacing w:after="9" w:line="226"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Fiyatlara %20 KDV dâhil değildir.</w:t>
      </w:r>
    </w:p>
    <w:p w14:paraId="68F78430" w14:textId="77777777" w:rsidR="00B00AB8" w:rsidRPr="00687789" w:rsidRDefault="00B00AB8" w:rsidP="00B00AB8">
      <w:pPr>
        <w:pStyle w:val="ListeParagraf"/>
        <w:keepLines/>
        <w:numPr>
          <w:ilvl w:val="0"/>
          <w:numId w:val="47"/>
        </w:numPr>
        <w:spacing w:after="9" w:line="226"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 xml:space="preserve">Yukarıdaki çizelgeden sponsorluk seçiminizi yapıp aşağıdaki bölümü doldurunuz ve bu sayfayı </w:t>
      </w:r>
      <w:hyperlink r:id="rId10" w:history="1">
        <w:r w:rsidRPr="00687789">
          <w:rPr>
            <w:rStyle w:val="Kpr"/>
            <w:rFonts w:asciiTheme="minorHAnsi" w:hAnsiTheme="minorHAnsi" w:cs="Aptos"/>
            <w:b/>
            <w:color w:val="auto"/>
            <w:sz w:val="20"/>
            <w:szCs w:val="20"/>
          </w:rPr>
          <w:t>imcet@maden.org.tr</w:t>
        </w:r>
      </w:hyperlink>
      <w:r w:rsidRPr="00687789">
        <w:rPr>
          <w:rFonts w:asciiTheme="minorHAnsi" w:hAnsiTheme="minorHAnsi" w:cs="Aptos"/>
          <w:color w:val="auto"/>
          <w:sz w:val="20"/>
          <w:szCs w:val="20"/>
        </w:rPr>
        <w:t xml:space="preserve"> adresine e-posta ile gönderiniz.</w:t>
      </w:r>
    </w:p>
    <w:p w14:paraId="7A9704AB" w14:textId="77777777" w:rsidR="00B00AB8" w:rsidRPr="00687789" w:rsidRDefault="00B00AB8" w:rsidP="00B00AB8">
      <w:pPr>
        <w:pStyle w:val="ListeParagraf"/>
        <w:keepLines/>
        <w:numPr>
          <w:ilvl w:val="0"/>
          <w:numId w:val="47"/>
        </w:numPr>
        <w:spacing w:after="9" w:line="226" w:lineRule="auto"/>
        <w:ind w:left="284" w:hanging="284"/>
        <w:jc w:val="both"/>
        <w:rPr>
          <w:rFonts w:asciiTheme="minorHAnsi" w:hAnsiTheme="minorHAnsi" w:cs="Aptos"/>
          <w:color w:val="auto"/>
          <w:sz w:val="20"/>
          <w:szCs w:val="20"/>
        </w:rPr>
      </w:pPr>
      <w:r w:rsidRPr="00687789">
        <w:rPr>
          <w:rFonts w:asciiTheme="minorHAnsi" w:hAnsiTheme="minorHAnsi" w:cs="Aptos"/>
          <w:color w:val="auto"/>
          <w:sz w:val="20"/>
          <w:szCs w:val="20"/>
        </w:rPr>
        <w:t xml:space="preserve">Sponsorluk için yapılacak rezervasyonlar </w:t>
      </w:r>
      <w:r w:rsidRPr="00687789">
        <w:rPr>
          <w:rFonts w:asciiTheme="minorHAnsi" w:hAnsiTheme="minorHAnsi" w:cs="Aptos"/>
          <w:b/>
          <w:bCs/>
          <w:color w:val="auto"/>
          <w:sz w:val="20"/>
          <w:szCs w:val="20"/>
        </w:rPr>
        <w:t xml:space="preserve">en fazla 7 (yedi) gün </w:t>
      </w:r>
      <w:r w:rsidRPr="00687789">
        <w:rPr>
          <w:rFonts w:asciiTheme="minorHAnsi" w:hAnsiTheme="minorHAnsi" w:cs="Aptos"/>
          <w:color w:val="auto"/>
          <w:sz w:val="20"/>
          <w:szCs w:val="20"/>
        </w:rPr>
        <w:t xml:space="preserve">tutulacaktır. Bu süre içinde Sözleşmeye bağlanmamış olan rezervasyonlar geçerli olmayacak ve bu sponsorluk talep eden başka bir firmaya verilecektir. FİRMA’nın sponsorluğu; Sponsorluk Sözleşmesi ve Kayıt Formu’nun imzalanıp ODA’ya ulaştırılması ve ücretlerin ödenmesiyle gerçekleşir. </w:t>
      </w:r>
    </w:p>
    <w:p w14:paraId="0E9B0F28" w14:textId="31CD78AE" w:rsidR="00B00AB8" w:rsidRPr="00687789" w:rsidRDefault="00B00AB8" w:rsidP="00B00AB8">
      <w:pPr>
        <w:pStyle w:val="ListeParagraf"/>
        <w:keepLines/>
        <w:numPr>
          <w:ilvl w:val="0"/>
          <w:numId w:val="47"/>
        </w:numPr>
        <w:spacing w:after="9" w:line="226" w:lineRule="auto"/>
        <w:ind w:left="284" w:hanging="284"/>
        <w:jc w:val="both"/>
        <w:rPr>
          <w:rFonts w:asciiTheme="minorHAnsi" w:hAnsiTheme="minorHAnsi" w:cs="Aptos"/>
          <w:color w:val="auto"/>
          <w:sz w:val="20"/>
          <w:szCs w:val="20"/>
        </w:rPr>
      </w:pPr>
      <w:r w:rsidRPr="00687789">
        <w:rPr>
          <w:rFonts w:asciiTheme="minorHAnsi" w:hAnsiTheme="minorHAnsi" w:cs="Aptos"/>
          <w:color w:val="auto"/>
          <w:sz w:val="20"/>
          <w:szCs w:val="20"/>
        </w:rPr>
        <w:t xml:space="preserve">FİRMA, Sponsorluk Sözleşmesi’nin imzalanmasını takip eden </w:t>
      </w:r>
      <w:r w:rsidRPr="00687789">
        <w:rPr>
          <w:rFonts w:asciiTheme="minorHAnsi" w:hAnsiTheme="minorHAnsi" w:cs="Aptos"/>
          <w:b/>
          <w:bCs/>
          <w:color w:val="auto"/>
          <w:sz w:val="20"/>
          <w:szCs w:val="20"/>
        </w:rPr>
        <w:t>14 (on dört)</w:t>
      </w:r>
      <w:r w:rsidRPr="00687789">
        <w:rPr>
          <w:rFonts w:asciiTheme="minorHAnsi" w:hAnsiTheme="minorHAnsi" w:cs="Aptos"/>
          <w:color w:val="auto"/>
          <w:sz w:val="20"/>
          <w:szCs w:val="20"/>
        </w:rPr>
        <w:t xml:space="preserve"> gün içerisinde sözleşme bedelinin %20’sini, kalan tutarı ise kongre başlangıç tarihinden </w:t>
      </w:r>
      <w:r w:rsidRPr="00687789">
        <w:rPr>
          <w:rFonts w:asciiTheme="minorHAnsi" w:hAnsiTheme="minorHAnsi" w:cs="Aptos"/>
          <w:b/>
          <w:bCs/>
          <w:color w:val="auto"/>
          <w:sz w:val="20"/>
          <w:szCs w:val="20"/>
        </w:rPr>
        <w:t>en geç 60 (altmış) gün</w:t>
      </w:r>
      <w:r w:rsidRPr="00687789">
        <w:rPr>
          <w:rFonts w:asciiTheme="minorHAnsi" w:hAnsiTheme="minorHAnsi" w:cs="Aptos"/>
          <w:color w:val="auto"/>
          <w:sz w:val="20"/>
          <w:szCs w:val="20"/>
        </w:rPr>
        <w:t xml:space="preserve"> önce ödemekle yükümlüdür. Kongre başlangıç tarihine </w:t>
      </w:r>
      <w:r w:rsidRPr="00687789">
        <w:rPr>
          <w:rFonts w:asciiTheme="minorHAnsi" w:hAnsiTheme="minorHAnsi" w:cs="Aptos"/>
          <w:b/>
          <w:bCs/>
          <w:color w:val="auto"/>
          <w:sz w:val="20"/>
          <w:szCs w:val="20"/>
        </w:rPr>
        <w:t>60 (altmış)</w:t>
      </w:r>
      <w:r w:rsidRPr="00687789">
        <w:rPr>
          <w:rFonts w:asciiTheme="minorHAnsi" w:hAnsiTheme="minorHAnsi" w:cs="Aptos"/>
          <w:color w:val="auto"/>
          <w:sz w:val="20"/>
          <w:szCs w:val="20"/>
        </w:rPr>
        <w:t xml:space="preserve"> günden az süre kala yapılan sözleşmelerde, sözleşme bedelinin tamamı peşin olarak ödenir. FİRMA’nın sözleşme bedelini belirtilen süreler içerisinde ödememesi halinde, ODA sözleşmeyi tek taraflı olarak geçersiz sayma ve sözleşme konusu sponsorluk talep eden başka bir firmaya tahsis etme hakkına sahiptir. </w:t>
      </w:r>
    </w:p>
    <w:p w14:paraId="36928A91" w14:textId="77777777" w:rsidR="00366E2A" w:rsidRPr="00687789" w:rsidRDefault="003B3CB7" w:rsidP="00366E2A">
      <w:pPr>
        <w:pStyle w:val="ListeParagraf"/>
        <w:keepLines/>
        <w:numPr>
          <w:ilvl w:val="0"/>
          <w:numId w:val="47"/>
        </w:numPr>
        <w:spacing w:after="9" w:line="226" w:lineRule="auto"/>
        <w:ind w:left="284" w:hanging="284"/>
        <w:jc w:val="both"/>
        <w:rPr>
          <w:rFonts w:asciiTheme="minorHAnsi" w:hAnsiTheme="minorHAnsi" w:cs="Aptos"/>
          <w:color w:val="auto"/>
          <w:sz w:val="20"/>
          <w:szCs w:val="20"/>
        </w:rPr>
      </w:pPr>
      <w:r w:rsidRPr="00687789">
        <w:rPr>
          <w:rFonts w:asciiTheme="minorHAnsi" w:hAnsiTheme="minorHAnsi" w:cs="Aptos"/>
          <w:b/>
          <w:bCs/>
          <w:color w:val="auto"/>
          <w:sz w:val="20"/>
          <w:szCs w:val="20"/>
        </w:rPr>
        <w:t>Sponsorluk Sözleşmesinin İptali ve Ücret İadesi:</w:t>
      </w:r>
      <w:r w:rsidRPr="00687789">
        <w:rPr>
          <w:rFonts w:asciiTheme="minorHAnsi" w:hAnsiTheme="minorHAnsi" w:cs="Aptos"/>
          <w:color w:val="auto"/>
          <w:sz w:val="20"/>
          <w:szCs w:val="20"/>
        </w:rPr>
        <w:t xml:space="preserve"> Sponsorluk sözleşmesinin iptali, yazılı olarak Kongre Sekreterliğine bildirilmesi koşuluyla, kongre başlangıç tarihinden en az 90 gün önce iptal edilmesi halinde ödenmiş olan bedelin tamamı iade edilir. Kongre başlangıç tarihinden 90 gün ile 30 gün arasında yapılan iptallerde, sponsorluk bedelinin %30’u kesilerek kalan tutar iade edilir. Kongre başlangıç tarihine 30 günden az süre kala yapılan iptallerde ise herhangi bir ücret iadesi yapılmaz.</w:t>
      </w:r>
    </w:p>
    <w:p w14:paraId="3A077A8D" w14:textId="0C626A3E" w:rsidR="008B334E" w:rsidRPr="00687789" w:rsidRDefault="003B3CB7" w:rsidP="00366E2A">
      <w:pPr>
        <w:pStyle w:val="ListeParagraf"/>
        <w:keepLines/>
        <w:numPr>
          <w:ilvl w:val="0"/>
          <w:numId w:val="47"/>
        </w:numPr>
        <w:spacing w:after="9" w:line="226" w:lineRule="auto"/>
        <w:ind w:left="284" w:hanging="284"/>
        <w:jc w:val="both"/>
        <w:rPr>
          <w:rFonts w:asciiTheme="minorHAnsi" w:hAnsiTheme="minorHAnsi" w:cs="Aptos"/>
          <w:color w:val="auto"/>
          <w:sz w:val="20"/>
          <w:szCs w:val="20"/>
        </w:rPr>
      </w:pPr>
      <w:r w:rsidRPr="00687789">
        <w:rPr>
          <w:rFonts w:asciiTheme="minorHAnsi" w:hAnsiTheme="minorHAnsi" w:cs="Aptos"/>
          <w:color w:val="auto"/>
          <w:sz w:val="20"/>
          <w:szCs w:val="20"/>
        </w:rPr>
        <w:t xml:space="preserve">Ödeme, TMMOB Maden Mühendisleri Odası İktisadi İşletmesi’nin aşağıdaki banka hesabına yapılacaktır. </w:t>
      </w:r>
      <w:r w:rsidR="008B334E" w:rsidRPr="00687789">
        <w:rPr>
          <w:rFonts w:asciiTheme="minorHAnsi" w:hAnsiTheme="minorHAnsi"/>
          <w:b/>
          <w:color w:val="auto"/>
          <w:sz w:val="20"/>
          <w:szCs w:val="20"/>
        </w:rPr>
        <w:t>Ödemeler ödeme günündeki EURO (€) T.C. Merkez Bankası efektif satış kurundan Türk Lirası hesaplanarak yapılır.</w:t>
      </w:r>
    </w:p>
    <w:p w14:paraId="04BB4ACC" w14:textId="77777777" w:rsidR="003B3CB7" w:rsidRPr="00687789" w:rsidRDefault="003B3CB7" w:rsidP="00687789">
      <w:pPr>
        <w:keepLines/>
        <w:spacing w:after="9" w:line="226" w:lineRule="auto"/>
        <w:jc w:val="both"/>
        <w:rPr>
          <w:rFonts w:asciiTheme="minorHAnsi" w:hAnsiTheme="minorHAnsi"/>
          <w:color w:val="auto"/>
          <w:sz w:val="20"/>
          <w:szCs w:val="20"/>
        </w:rPr>
      </w:pPr>
    </w:p>
    <w:p w14:paraId="5E1992E6" w14:textId="2BFCFD4C" w:rsidR="00186B53" w:rsidRPr="00E5324B" w:rsidRDefault="00186B53" w:rsidP="00186B53">
      <w:pPr>
        <w:keepNext/>
        <w:keepLines/>
        <w:pBdr>
          <w:bottom w:val="single" w:sz="14" w:space="4" w:color="B07932"/>
        </w:pBdr>
        <w:shd w:val="clear" w:color="auto" w:fill="FDE9D9" w:themeFill="accent6" w:themeFillTint="33"/>
        <w:spacing w:before="80" w:after="160" w:line="240" w:lineRule="auto"/>
        <w:jc w:val="center"/>
        <w:rPr>
          <w:rFonts w:ascii="Cambria" w:hAnsi="Cambria" w:cs="Aptos"/>
          <w:b/>
          <w:color w:val="243E63"/>
          <w:sz w:val="24"/>
          <w:szCs w:val="20"/>
        </w:rPr>
      </w:pPr>
      <w:r>
        <w:rPr>
          <w:rFonts w:ascii="Cambria" w:hAnsi="Cambria" w:cs="Aptos"/>
          <w:b/>
          <w:color w:val="243E63"/>
          <w:sz w:val="24"/>
          <w:szCs w:val="20"/>
        </w:rPr>
        <w:t>BANKA HAVALESİ İLE ÖDEME</w:t>
      </w: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9846"/>
      </w:tblGrid>
      <w:tr w:rsidR="003B3CB7" w:rsidRPr="00687789" w14:paraId="357742AB" w14:textId="77777777" w:rsidTr="003B3CB7">
        <w:trPr>
          <w:jc w:val="center"/>
        </w:trPr>
        <w:tc>
          <w:tcPr>
            <w:tcW w:w="9846" w:type="dxa"/>
            <w:shd w:val="clear" w:color="auto" w:fill="FFFFFF" w:themeFill="background1"/>
            <w:tcMar>
              <w:top w:w="80" w:type="dxa"/>
              <w:left w:w="120" w:type="dxa"/>
              <w:bottom w:w="80" w:type="dxa"/>
              <w:right w:w="120" w:type="dxa"/>
            </w:tcMar>
            <w:vAlign w:val="center"/>
            <w:hideMark/>
          </w:tcPr>
          <w:p w14:paraId="791ED1F8" w14:textId="77777777" w:rsidR="003B3CB7" w:rsidRPr="00687789" w:rsidRDefault="003B3CB7" w:rsidP="00DC14B3">
            <w:pPr>
              <w:pStyle w:val="isselectedend"/>
              <w:spacing w:line="276" w:lineRule="auto"/>
              <w:rPr>
                <w:rFonts w:asciiTheme="minorHAnsi" w:hAnsiTheme="minorHAnsi" w:cs="Arial"/>
                <w:sz w:val="20"/>
                <w:szCs w:val="20"/>
                <w:lang w:eastAsia="en-US"/>
              </w:rPr>
            </w:pPr>
            <w:r w:rsidRPr="00687789">
              <w:rPr>
                <w:rFonts w:asciiTheme="minorHAnsi" w:hAnsiTheme="minorHAnsi"/>
                <w:color w:val="18222D"/>
                <w:sz w:val="20"/>
                <w:szCs w:val="20"/>
                <w:lang w:eastAsia="en-US"/>
              </w:rPr>
              <w:t>“TMMOB Maden Mühendisleri Odası İktisadi İşletmesi”nin aşağıdaki banka hesabına havale* ile ödeme yapılabilir.</w:t>
            </w:r>
            <w:r w:rsidRPr="00687789">
              <w:rPr>
                <w:rFonts w:asciiTheme="minorHAnsi" w:hAnsiTheme="minorHAnsi"/>
                <w:color w:val="18222D"/>
                <w:sz w:val="20"/>
                <w:szCs w:val="20"/>
                <w:lang w:eastAsia="en-US"/>
              </w:rPr>
              <w:br/>
            </w:r>
            <w:r w:rsidRPr="00687789">
              <w:rPr>
                <w:rStyle w:val="Gl"/>
                <w:rFonts w:asciiTheme="minorHAnsi" w:eastAsiaTheme="majorEastAsia" w:hAnsiTheme="minorHAnsi" w:cs="Arial"/>
                <w:sz w:val="20"/>
                <w:szCs w:val="20"/>
                <w:lang w:eastAsia="en-US"/>
              </w:rPr>
              <w:t>Banka Hesap Bilgileri:</w:t>
            </w:r>
            <w:r w:rsidRPr="00687789">
              <w:rPr>
                <w:rFonts w:asciiTheme="minorHAnsi" w:hAnsiTheme="minorHAnsi" w:cs="Arial"/>
                <w:sz w:val="20"/>
                <w:szCs w:val="20"/>
                <w:lang w:eastAsia="en-US"/>
              </w:rPr>
              <w:br/>
            </w:r>
            <w:r w:rsidRPr="00687789">
              <w:rPr>
                <w:rStyle w:val="Gl"/>
                <w:rFonts w:asciiTheme="minorHAnsi" w:eastAsiaTheme="majorEastAsia" w:hAnsiTheme="minorHAnsi" w:cs="Arial"/>
                <w:sz w:val="20"/>
                <w:szCs w:val="20"/>
                <w:lang w:eastAsia="en-US"/>
              </w:rPr>
              <w:t>Banka:</w:t>
            </w:r>
            <w:r w:rsidRPr="00687789">
              <w:rPr>
                <w:rFonts w:asciiTheme="minorHAnsi" w:hAnsiTheme="minorHAnsi" w:cs="Arial"/>
                <w:sz w:val="20"/>
                <w:szCs w:val="20"/>
                <w:lang w:eastAsia="en-US"/>
              </w:rPr>
              <w:t xml:space="preserve"> Türkiye İş Bankası (Banka Kodu: 64)</w:t>
            </w:r>
            <w:r w:rsidRPr="00687789">
              <w:rPr>
                <w:rFonts w:asciiTheme="minorHAnsi" w:hAnsiTheme="minorHAnsi" w:cs="Arial"/>
                <w:sz w:val="20"/>
                <w:szCs w:val="20"/>
                <w:lang w:eastAsia="en-US"/>
              </w:rPr>
              <w:br/>
            </w:r>
            <w:r w:rsidRPr="00687789">
              <w:rPr>
                <w:rStyle w:val="Gl"/>
                <w:rFonts w:asciiTheme="minorHAnsi" w:eastAsiaTheme="majorEastAsia" w:hAnsiTheme="minorHAnsi" w:cs="Arial"/>
                <w:sz w:val="20"/>
                <w:szCs w:val="20"/>
                <w:lang w:eastAsia="en-US"/>
              </w:rPr>
              <w:t>Şube:</w:t>
            </w:r>
            <w:r w:rsidRPr="00687789">
              <w:rPr>
                <w:rFonts w:asciiTheme="minorHAnsi" w:hAnsiTheme="minorHAnsi" w:cs="Arial"/>
                <w:sz w:val="20"/>
                <w:szCs w:val="20"/>
                <w:lang w:eastAsia="en-US"/>
              </w:rPr>
              <w:t xml:space="preserve"> Meşrutiyet Şubesi – Ankara (Şube Kodu: 4213)</w:t>
            </w:r>
            <w:r w:rsidRPr="00687789">
              <w:rPr>
                <w:rFonts w:asciiTheme="minorHAnsi" w:hAnsiTheme="minorHAnsi" w:cs="Arial"/>
                <w:sz w:val="20"/>
                <w:szCs w:val="20"/>
                <w:lang w:eastAsia="en-US"/>
              </w:rPr>
              <w:br/>
            </w:r>
            <w:r w:rsidRPr="00687789">
              <w:rPr>
                <w:rStyle w:val="Gl"/>
                <w:rFonts w:asciiTheme="minorHAnsi" w:eastAsiaTheme="majorEastAsia" w:hAnsiTheme="minorHAnsi" w:cs="Arial"/>
                <w:sz w:val="20"/>
                <w:szCs w:val="20"/>
                <w:lang w:eastAsia="en-US"/>
              </w:rPr>
              <w:t>SWIFT Kodu:</w:t>
            </w:r>
            <w:r w:rsidRPr="00687789">
              <w:rPr>
                <w:rFonts w:asciiTheme="minorHAnsi" w:hAnsiTheme="minorHAnsi" w:cs="Arial"/>
                <w:sz w:val="20"/>
                <w:szCs w:val="20"/>
                <w:lang w:eastAsia="en-US"/>
              </w:rPr>
              <w:t xml:space="preserve"> ISBKTRISXXX</w:t>
            </w:r>
            <w:r w:rsidRPr="00687789">
              <w:rPr>
                <w:rFonts w:asciiTheme="minorHAnsi" w:hAnsiTheme="minorHAnsi" w:cs="Arial"/>
                <w:sz w:val="20"/>
                <w:szCs w:val="20"/>
                <w:lang w:eastAsia="en-US"/>
              </w:rPr>
              <w:br/>
            </w:r>
            <w:r w:rsidRPr="00687789">
              <w:rPr>
                <w:rStyle w:val="Gl"/>
                <w:rFonts w:asciiTheme="minorHAnsi" w:eastAsiaTheme="majorEastAsia" w:hAnsiTheme="minorHAnsi" w:cs="Arial"/>
                <w:sz w:val="20"/>
                <w:szCs w:val="20"/>
                <w:lang w:eastAsia="en-US"/>
              </w:rPr>
              <w:t>IBAN (TL Hesabı):</w:t>
            </w:r>
            <w:r w:rsidRPr="00687789">
              <w:rPr>
                <w:rFonts w:asciiTheme="minorHAnsi" w:hAnsiTheme="minorHAnsi" w:cs="Arial"/>
                <w:sz w:val="20"/>
                <w:szCs w:val="20"/>
                <w:lang w:eastAsia="en-US"/>
              </w:rPr>
              <w:t xml:space="preserve"> TR61 0006 4000 0014 2130 9453 01</w:t>
            </w:r>
          </w:p>
          <w:p w14:paraId="2E6A0CBC" w14:textId="77777777" w:rsidR="003B3CB7" w:rsidRPr="00687789" w:rsidRDefault="003B3CB7" w:rsidP="00DC14B3">
            <w:pPr>
              <w:pStyle w:val="isselectedend"/>
              <w:spacing w:line="276" w:lineRule="auto"/>
              <w:rPr>
                <w:rFonts w:asciiTheme="minorHAnsi" w:hAnsiTheme="minorHAnsi" w:cs="Arial"/>
                <w:sz w:val="20"/>
                <w:szCs w:val="20"/>
                <w:lang w:eastAsia="en-US"/>
              </w:rPr>
            </w:pPr>
            <w:r w:rsidRPr="00687789">
              <w:rPr>
                <w:rStyle w:val="Gl"/>
                <w:rFonts w:asciiTheme="minorHAnsi" w:eastAsiaTheme="majorEastAsia" w:hAnsiTheme="minorHAnsi" w:cs="Arial"/>
                <w:sz w:val="20"/>
                <w:szCs w:val="20"/>
                <w:lang w:eastAsia="en-US"/>
              </w:rPr>
              <w:t>Not:</w:t>
            </w:r>
            <w:r w:rsidRPr="00687789">
              <w:rPr>
                <w:rFonts w:asciiTheme="minorHAnsi" w:hAnsiTheme="minorHAnsi" w:cs="Arial"/>
                <w:sz w:val="20"/>
                <w:szCs w:val="20"/>
                <w:lang w:eastAsia="en-US"/>
              </w:rPr>
              <w:t xml:space="preserve"> Diğer banka hesaplarına ait hesap ve ödeme bilgilerine </w:t>
            </w:r>
            <w:hyperlink r:id="rId11" w:history="1">
              <w:r w:rsidRPr="00687789">
                <w:rPr>
                  <w:rStyle w:val="Gl"/>
                  <w:rFonts w:asciiTheme="minorHAnsi" w:eastAsiaTheme="majorEastAsia" w:hAnsiTheme="minorHAnsi" w:cs="Arial"/>
                  <w:color w:val="0000FF"/>
                  <w:sz w:val="20"/>
                  <w:szCs w:val="20"/>
                  <w:u w:val="single"/>
                  <w:lang w:eastAsia="en-US"/>
                </w:rPr>
                <w:t>www.imcet.org.tr</w:t>
              </w:r>
            </w:hyperlink>
            <w:r w:rsidRPr="00687789">
              <w:rPr>
                <w:rFonts w:asciiTheme="minorHAnsi" w:hAnsiTheme="minorHAnsi" w:cs="Arial"/>
                <w:sz w:val="20"/>
                <w:szCs w:val="20"/>
                <w:lang w:eastAsia="en-US"/>
              </w:rPr>
              <w:t xml:space="preserve"> adresinden ulaşabilirsiniz.</w:t>
            </w:r>
          </w:p>
        </w:tc>
      </w:tr>
    </w:tbl>
    <w:p w14:paraId="199CB827" w14:textId="130FFD51" w:rsidR="00591365" w:rsidRPr="00687789" w:rsidRDefault="003B3CB7" w:rsidP="005C414E">
      <w:pPr>
        <w:spacing w:line="360" w:lineRule="auto"/>
        <w:rPr>
          <w:rFonts w:asciiTheme="minorHAnsi" w:hAnsiTheme="minorHAnsi"/>
          <w:color w:val="000000" w:themeColor="text1"/>
          <w:sz w:val="20"/>
          <w:szCs w:val="20"/>
        </w:rPr>
      </w:pPr>
      <w:r w:rsidRPr="00687789">
        <w:rPr>
          <w:rFonts w:asciiTheme="minorHAnsi" w:hAnsiTheme="minorHAnsi"/>
          <w:color w:val="000000" w:themeColor="text1"/>
          <w:sz w:val="20"/>
          <w:szCs w:val="20"/>
        </w:rPr>
        <w:t xml:space="preserve">     * Lütfen Açıklama kısmına; Delege Adı, Soyadı ve Kurum / Firma Adı /Sponsorluk adı yazmayı unutmayınız.</w:t>
      </w:r>
    </w:p>
    <w:p w14:paraId="5837B385" w14:textId="77777777" w:rsidR="00B34C9D" w:rsidRPr="00687789" w:rsidRDefault="00B34C9D" w:rsidP="00B34C9D">
      <w:pPr>
        <w:pStyle w:val="ListeParagraf"/>
        <w:keepLines/>
        <w:numPr>
          <w:ilvl w:val="0"/>
          <w:numId w:val="47"/>
        </w:numPr>
        <w:spacing w:after="9" w:line="226" w:lineRule="auto"/>
        <w:ind w:left="284" w:hanging="284"/>
        <w:rPr>
          <w:rFonts w:asciiTheme="minorHAnsi" w:hAnsiTheme="minorHAnsi"/>
          <w:color w:val="000000" w:themeColor="text1"/>
          <w:sz w:val="20"/>
          <w:szCs w:val="20"/>
        </w:rPr>
      </w:pPr>
      <w:r w:rsidRPr="00687789">
        <w:rPr>
          <w:rFonts w:asciiTheme="minorHAnsi" w:hAnsiTheme="minorHAnsi" w:cs="Aptos"/>
          <w:color w:val="000000" w:themeColor="text1"/>
          <w:sz w:val="20"/>
          <w:szCs w:val="20"/>
        </w:rPr>
        <w:t>Sponsor, logo, bilgi, görsel materyaller ve promosyon materyallerini Kongre başlangıç tarihinden en geç 15 gün</w:t>
      </w:r>
      <w:r w:rsidRPr="00687789">
        <w:rPr>
          <w:rFonts w:asciiTheme="minorHAnsi" w:hAnsiTheme="minorHAnsi"/>
          <w:color w:val="000000" w:themeColor="text1"/>
          <w:sz w:val="20"/>
          <w:szCs w:val="20"/>
        </w:rPr>
        <w:t xml:space="preserve"> </w:t>
      </w:r>
      <w:r w:rsidRPr="00687789">
        <w:rPr>
          <w:rFonts w:asciiTheme="minorHAnsi" w:hAnsiTheme="minorHAnsi" w:cs="Aptos"/>
          <w:color w:val="000000" w:themeColor="text1"/>
          <w:sz w:val="20"/>
          <w:szCs w:val="20"/>
        </w:rPr>
        <w:t>önce Maden Mühendisleri Odası’na ulaştırır.</w:t>
      </w:r>
    </w:p>
    <w:p w14:paraId="6BEEDBA1" w14:textId="77777777" w:rsidR="00B34C9D" w:rsidRPr="00687789" w:rsidRDefault="00B34C9D" w:rsidP="00B34C9D">
      <w:pPr>
        <w:pStyle w:val="ListeParagraf"/>
        <w:keepLines/>
        <w:numPr>
          <w:ilvl w:val="0"/>
          <w:numId w:val="47"/>
        </w:numPr>
        <w:spacing w:after="9" w:line="226" w:lineRule="auto"/>
        <w:ind w:left="284" w:hanging="284"/>
        <w:jc w:val="both"/>
        <w:rPr>
          <w:rFonts w:asciiTheme="minorHAnsi" w:hAnsiTheme="minorHAnsi" w:cs="Aptos"/>
          <w:color w:val="auto"/>
          <w:sz w:val="20"/>
          <w:szCs w:val="20"/>
        </w:rPr>
      </w:pPr>
      <w:r w:rsidRPr="00687789">
        <w:rPr>
          <w:rFonts w:asciiTheme="minorHAnsi" w:hAnsiTheme="minorHAnsi" w:cs="Aptos"/>
          <w:color w:val="auto"/>
          <w:sz w:val="20"/>
          <w:szCs w:val="20"/>
        </w:rPr>
        <w:t>Sunum hakkı verilen sponsorlar tarafından yapılacak sunumlar ile özel sunumların yer ve zamanları kongre programında belirtilecektir.</w:t>
      </w:r>
    </w:p>
    <w:p w14:paraId="456C9DA2"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ODA, belirtilen şartları değiştirme, madde ekleme veya çıkartma, Kongreyi iptal etme haklarını saklı tutmaktadır.</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Geçerli bir sebebin oluşması halinde Kongre iptal edilebilecek olup, ODA katılımcılara bu durumu Kongre başlamadan</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15 gün önce yazı ile duyurmakla mükelleftir. ODA’ nın kararı son karar niteliğindedir.</w:t>
      </w:r>
    </w:p>
    <w:p w14:paraId="72E82A4A"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Odalara giriş Kongre açılış günü saat 14:00’de başlar, çıkış Kongre kapanış günü saat 12:00‘de biter. Öğle yemeği ile</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giriş yapan konuklar çıkış günü kahvaltı alma hakları vardır. Akşam yemeği ile otele giriş yapan misafirlerin çıkış günü</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kahvaltı ve öğle yemeği alma hakları vardır.</w:t>
      </w:r>
    </w:p>
    <w:p w14:paraId="4FAB3BF0"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OTEL’de konaklayanlar delege kimlik bilgilerini ibraz etmek zorundadır. Giriş sırasında delegenin satın almış olduğu hizmet bilgileri kontrol edilecektir. Delegenin yanlış bilgi vermesinden doğan ekstra ödeme delegeden peşinen tahsil edilir.</w:t>
      </w:r>
    </w:p>
    <w:p w14:paraId="7727451E"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Organizasyon sırasında kapalı mekânlarda açık alev ya da ateşe neden olabilecek her türlü show, maytap ve fişek</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kullanımı yasaktır.</w:t>
      </w:r>
    </w:p>
    <w:p w14:paraId="3893956C"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Otel’e hayvan kabul edilmez.</w:t>
      </w:r>
    </w:p>
    <w:p w14:paraId="10D81E17" w14:textId="0F0818C6"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Otel’de konaklayan delegenin kullanımına tahsis edilecek otel odasında bulunan telefon, oda servisi, yiyecek-içecek vs. gibi ekstra harcamalar, delege Otel’den ayrılmadan önce ODA tarafından veya otel görevlilerince delegeden</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ayrıca tahsil edilir.</w:t>
      </w:r>
    </w:p>
    <w:p w14:paraId="44AB1A41" w14:textId="233EF13D" w:rsidR="00687789" w:rsidRDefault="00687789" w:rsidP="00687789">
      <w:pPr>
        <w:keepLines/>
        <w:spacing w:after="32" w:line="242" w:lineRule="auto"/>
        <w:jc w:val="both"/>
        <w:rPr>
          <w:rFonts w:asciiTheme="minorHAnsi" w:hAnsiTheme="minorHAnsi"/>
          <w:color w:val="auto"/>
          <w:sz w:val="20"/>
          <w:szCs w:val="20"/>
        </w:rPr>
      </w:pPr>
    </w:p>
    <w:p w14:paraId="40B96D7A" w14:textId="24A9C3A1" w:rsidR="00687789" w:rsidRDefault="00687789" w:rsidP="00687789">
      <w:pPr>
        <w:keepLines/>
        <w:spacing w:after="32" w:line="242" w:lineRule="auto"/>
        <w:jc w:val="both"/>
        <w:rPr>
          <w:rFonts w:asciiTheme="minorHAnsi" w:hAnsiTheme="minorHAnsi"/>
          <w:color w:val="auto"/>
          <w:sz w:val="20"/>
          <w:szCs w:val="20"/>
        </w:rPr>
      </w:pPr>
    </w:p>
    <w:p w14:paraId="1FC2B6F4" w14:textId="0BF182B7" w:rsidR="00687789" w:rsidRDefault="00687789" w:rsidP="00687789">
      <w:pPr>
        <w:keepLines/>
        <w:spacing w:after="32" w:line="242" w:lineRule="auto"/>
        <w:jc w:val="both"/>
        <w:rPr>
          <w:rFonts w:asciiTheme="minorHAnsi" w:hAnsiTheme="minorHAnsi"/>
          <w:color w:val="auto"/>
          <w:sz w:val="20"/>
          <w:szCs w:val="20"/>
        </w:rPr>
      </w:pPr>
    </w:p>
    <w:p w14:paraId="4B305250" w14:textId="17D2AADF" w:rsidR="00687789" w:rsidRDefault="00687789" w:rsidP="00687789">
      <w:pPr>
        <w:keepLines/>
        <w:spacing w:after="32" w:line="242" w:lineRule="auto"/>
        <w:jc w:val="both"/>
        <w:rPr>
          <w:rFonts w:asciiTheme="minorHAnsi" w:hAnsiTheme="minorHAnsi"/>
          <w:color w:val="auto"/>
          <w:sz w:val="20"/>
          <w:szCs w:val="20"/>
        </w:rPr>
      </w:pPr>
    </w:p>
    <w:p w14:paraId="07F1DE65" w14:textId="64ED70B4" w:rsidR="00687789" w:rsidRDefault="00687789" w:rsidP="00687789">
      <w:pPr>
        <w:keepLines/>
        <w:spacing w:after="32" w:line="242" w:lineRule="auto"/>
        <w:jc w:val="both"/>
        <w:rPr>
          <w:rFonts w:asciiTheme="minorHAnsi" w:hAnsiTheme="minorHAnsi"/>
          <w:color w:val="auto"/>
          <w:sz w:val="20"/>
          <w:szCs w:val="20"/>
        </w:rPr>
      </w:pPr>
    </w:p>
    <w:p w14:paraId="04098315" w14:textId="7BF6805C" w:rsidR="00687789" w:rsidRDefault="00687789" w:rsidP="00687789">
      <w:pPr>
        <w:keepLines/>
        <w:spacing w:after="32" w:line="242" w:lineRule="auto"/>
        <w:jc w:val="both"/>
        <w:rPr>
          <w:rFonts w:asciiTheme="minorHAnsi" w:hAnsiTheme="minorHAnsi"/>
          <w:color w:val="auto"/>
          <w:sz w:val="20"/>
          <w:szCs w:val="20"/>
        </w:rPr>
      </w:pPr>
    </w:p>
    <w:p w14:paraId="3AA7516B" w14:textId="77777777" w:rsidR="00687789" w:rsidRPr="00687789" w:rsidRDefault="00687789" w:rsidP="00687789">
      <w:pPr>
        <w:keepLines/>
        <w:spacing w:after="32" w:line="242" w:lineRule="auto"/>
        <w:jc w:val="both"/>
        <w:rPr>
          <w:rFonts w:asciiTheme="minorHAnsi" w:hAnsiTheme="minorHAnsi"/>
          <w:color w:val="auto"/>
          <w:sz w:val="20"/>
          <w:szCs w:val="20"/>
        </w:rPr>
      </w:pPr>
    </w:p>
    <w:p w14:paraId="4E070144" w14:textId="16D4646F"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olor w:val="auto"/>
          <w:sz w:val="20"/>
          <w:szCs w:val="20"/>
        </w:rPr>
        <w:t xml:space="preserve">Yanlarında çocuk veya çocukları ile gelecek delegeler için ücretlendirme şu şekildedir; </w:t>
      </w:r>
      <w:r w:rsidRPr="00687789">
        <w:rPr>
          <w:rStyle w:val="Gl"/>
          <w:rFonts w:asciiTheme="minorHAnsi" w:hAnsiTheme="minorHAnsi"/>
          <w:color w:val="auto"/>
          <w:sz w:val="20"/>
          <w:szCs w:val="20"/>
        </w:rPr>
        <w:t>1. çocuk (0–11,99 yaş) ücretsizdir. 2. çocuk (0–2,99 yaş) ücretsiz, 3–11,99 yaş aralığındaki 2. çocuk ise %50 indirimlidir.</w:t>
      </w:r>
    </w:p>
    <w:p w14:paraId="7DC86E48"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FİRMA, organizasyonun gerçekleştirileceği mekânda bulunan demirbaş eşyayı itinalı bir şekilde kullanacağını beyan ve taahhüt eder. Mekânda bulunan menkul eşya, teçhizat, kıymetli eşyaların FİRMA’nın davranışı sonucunda;</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zarar görmesi, kullanımının bozulması, çalınması, değer kaybetmesi vs. halinde, ODA’nın bundan kaynaklanan tüm</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zararı herhangi bir ihtar veya ihbara gerek kalmaksızın FİRMA tarafından karşılanır.</w:t>
      </w:r>
    </w:p>
    <w:p w14:paraId="0D3BC588" w14:textId="77777777" w:rsidR="00B34C9D" w:rsidRPr="00687789" w:rsidRDefault="00B34C9D" w:rsidP="00B34C9D">
      <w:pPr>
        <w:pStyle w:val="ListeParagraf"/>
        <w:keepLines/>
        <w:numPr>
          <w:ilvl w:val="0"/>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ODA tarafından belirlenen sağlık ve güvenlik kurallarına organizasyon süresince delege uygun davranılacağını kabul ve taahhüt etmektedir. Bu maddeye aykırılık halinde ODA’nın uğramış olduğu zarar ve ziyanı tazmin sorumluluğu</w:t>
      </w:r>
      <w:r w:rsidRPr="00687789">
        <w:rPr>
          <w:rFonts w:asciiTheme="minorHAnsi" w:hAnsiTheme="minorHAnsi"/>
          <w:color w:val="auto"/>
          <w:sz w:val="20"/>
          <w:szCs w:val="20"/>
        </w:rPr>
        <w:t xml:space="preserve"> </w:t>
      </w:r>
      <w:r w:rsidRPr="00687789">
        <w:rPr>
          <w:rFonts w:asciiTheme="minorHAnsi" w:hAnsiTheme="minorHAnsi" w:cs="Aptos"/>
          <w:color w:val="auto"/>
          <w:sz w:val="20"/>
          <w:szCs w:val="20"/>
        </w:rPr>
        <w:t>delegeye aittir. Sağlık ve güvenlik kuralları sırasıyla şöyledir;</w:t>
      </w:r>
    </w:p>
    <w:p w14:paraId="4915B22C" w14:textId="77777777" w:rsidR="00B34C9D" w:rsidRPr="00687789" w:rsidRDefault="00B34C9D" w:rsidP="00B34C9D">
      <w:pPr>
        <w:pStyle w:val="ListeParagraf"/>
        <w:numPr>
          <w:ilvl w:val="1"/>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Otel’e ateşli ya da ateşsiz silah getirilemez.</w:t>
      </w:r>
    </w:p>
    <w:p w14:paraId="60610B90" w14:textId="77777777" w:rsidR="00B34C9D" w:rsidRPr="00687789" w:rsidRDefault="00B34C9D" w:rsidP="00B34C9D">
      <w:pPr>
        <w:pStyle w:val="ListeParagraf"/>
        <w:numPr>
          <w:ilvl w:val="1"/>
          <w:numId w:val="47"/>
        </w:numPr>
        <w:spacing w:after="32" w:line="242"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Çocuklar velilerinin kontrolünde hareket edeceklerdir.</w:t>
      </w:r>
    </w:p>
    <w:p w14:paraId="06057B64" w14:textId="77777777" w:rsidR="00B34C9D" w:rsidRPr="00687789" w:rsidRDefault="00B34C9D" w:rsidP="00B34C9D">
      <w:pPr>
        <w:pStyle w:val="ListeParagraf"/>
        <w:numPr>
          <w:ilvl w:val="1"/>
          <w:numId w:val="47"/>
        </w:numPr>
        <w:spacing w:after="32" w:line="242" w:lineRule="auto"/>
        <w:ind w:left="284" w:hanging="284"/>
        <w:jc w:val="both"/>
        <w:rPr>
          <w:rFonts w:asciiTheme="minorHAnsi" w:hAnsiTheme="minorHAnsi" w:cs="Aptos"/>
          <w:color w:val="auto"/>
          <w:sz w:val="20"/>
          <w:szCs w:val="20"/>
        </w:rPr>
      </w:pPr>
      <w:r w:rsidRPr="00687789">
        <w:rPr>
          <w:rFonts w:asciiTheme="minorHAnsi" w:hAnsiTheme="minorHAnsi" w:cs="Aptos"/>
          <w:color w:val="auto"/>
          <w:sz w:val="20"/>
          <w:szCs w:val="20"/>
        </w:rPr>
        <w:t>Delegelerin araçlarında yakıcı parlayıcı maddeler bulunamaz.</w:t>
      </w:r>
    </w:p>
    <w:p w14:paraId="1B5B6A45" w14:textId="77777777" w:rsidR="00B34C9D" w:rsidRPr="00687789" w:rsidRDefault="00B34C9D" w:rsidP="00B34C9D">
      <w:pPr>
        <w:pStyle w:val="ListeParagraf"/>
        <w:numPr>
          <w:ilvl w:val="0"/>
          <w:numId w:val="47"/>
        </w:numPr>
        <w:spacing w:line="360" w:lineRule="auto"/>
        <w:ind w:left="284" w:hanging="284"/>
        <w:jc w:val="both"/>
        <w:rPr>
          <w:rFonts w:asciiTheme="minorHAnsi" w:hAnsiTheme="minorHAnsi"/>
          <w:color w:val="auto"/>
          <w:sz w:val="20"/>
          <w:szCs w:val="20"/>
        </w:rPr>
      </w:pPr>
      <w:r w:rsidRPr="00687789">
        <w:rPr>
          <w:rFonts w:asciiTheme="minorHAnsi" w:hAnsiTheme="minorHAnsi" w:cs="Aptos"/>
          <w:color w:val="auto"/>
          <w:sz w:val="20"/>
          <w:szCs w:val="20"/>
        </w:rPr>
        <w:t>İşbu sözleşmeden kaynaklı damga vergisini sponsor firma öder.</w:t>
      </w:r>
    </w:p>
    <w:p w14:paraId="1D08A2B9" w14:textId="24E87C14" w:rsidR="00B34C9D" w:rsidRPr="00687789" w:rsidRDefault="00B34C9D" w:rsidP="00B34C9D">
      <w:pPr>
        <w:pStyle w:val="ListeParagraf"/>
        <w:numPr>
          <w:ilvl w:val="0"/>
          <w:numId w:val="47"/>
        </w:numPr>
        <w:ind w:left="284" w:hanging="284"/>
        <w:jc w:val="both"/>
        <w:rPr>
          <w:rFonts w:asciiTheme="minorHAnsi" w:hAnsiTheme="minorHAnsi"/>
          <w:color w:val="000000" w:themeColor="text1"/>
          <w:sz w:val="20"/>
          <w:szCs w:val="20"/>
        </w:rPr>
      </w:pPr>
      <w:r w:rsidRPr="00687789">
        <w:rPr>
          <w:rFonts w:asciiTheme="minorHAnsi" w:hAnsiTheme="minorHAnsi" w:cs="Aptos"/>
          <w:color w:val="000000" w:themeColor="text1"/>
          <w:sz w:val="20"/>
          <w:szCs w:val="20"/>
        </w:rPr>
        <w:t xml:space="preserve">Kayıt işleminin tamamlanabilmesi için; </w:t>
      </w:r>
      <w:r w:rsidR="00DB79C6">
        <w:rPr>
          <w:rFonts w:asciiTheme="minorHAnsi" w:hAnsiTheme="minorHAnsi" w:cs="Aptos"/>
          <w:color w:val="000000" w:themeColor="text1"/>
          <w:sz w:val="20"/>
          <w:szCs w:val="20"/>
        </w:rPr>
        <w:t>6</w:t>
      </w:r>
      <w:bookmarkStart w:id="0" w:name="_GoBack"/>
      <w:bookmarkEnd w:id="0"/>
      <w:r w:rsidRPr="00687789">
        <w:rPr>
          <w:rFonts w:asciiTheme="minorHAnsi" w:hAnsiTheme="minorHAnsi" w:cs="Aptos"/>
          <w:color w:val="000000" w:themeColor="text1"/>
          <w:sz w:val="20"/>
          <w:szCs w:val="20"/>
        </w:rPr>
        <w:t xml:space="preserve"> sayfa olan bu form eksiksiz doldurulmalı ve banka havalesi tercih edildi ise, banka dekontu ile birlikte </w:t>
      </w:r>
      <w:r w:rsidRPr="00687789">
        <w:rPr>
          <w:rFonts w:asciiTheme="minorHAnsi" w:hAnsiTheme="minorHAnsi" w:cs="Aptos"/>
          <w:b/>
          <w:color w:val="000000" w:themeColor="text1"/>
          <w:sz w:val="20"/>
          <w:szCs w:val="20"/>
        </w:rPr>
        <w:t>imcet@maden.org.tr</w:t>
      </w:r>
      <w:r w:rsidRPr="00687789">
        <w:rPr>
          <w:rFonts w:asciiTheme="minorHAnsi" w:hAnsiTheme="minorHAnsi" w:cs="Aptos"/>
          <w:color w:val="000000" w:themeColor="text1"/>
          <w:sz w:val="20"/>
          <w:szCs w:val="20"/>
        </w:rPr>
        <w:t xml:space="preserve"> adresine gönderilmelidir.</w:t>
      </w:r>
      <w:r w:rsidRPr="00687789">
        <w:rPr>
          <w:rFonts w:asciiTheme="minorHAnsi" w:hAnsiTheme="minorHAnsi"/>
          <w:color w:val="000000" w:themeColor="text1"/>
          <w:sz w:val="20"/>
          <w:szCs w:val="20"/>
        </w:rPr>
        <w:t xml:space="preserve"> </w:t>
      </w:r>
      <w:r w:rsidRPr="00687789">
        <w:rPr>
          <w:rFonts w:asciiTheme="minorHAnsi" w:hAnsiTheme="minorHAnsi" w:cs="Aptos"/>
          <w:color w:val="000000" w:themeColor="text1"/>
          <w:sz w:val="20"/>
          <w:szCs w:val="20"/>
        </w:rPr>
        <w:t>Lütfen başvuru formunuzu ve banka havalesi tercih edildi ise ödeme makbuzunuzu yanınızda getirmeyi</w:t>
      </w:r>
      <w:r w:rsidRPr="00687789">
        <w:rPr>
          <w:rFonts w:asciiTheme="minorHAnsi" w:hAnsiTheme="minorHAnsi"/>
          <w:color w:val="000000" w:themeColor="text1"/>
          <w:sz w:val="20"/>
          <w:szCs w:val="20"/>
        </w:rPr>
        <w:t xml:space="preserve"> </w:t>
      </w:r>
      <w:r w:rsidRPr="00687789">
        <w:rPr>
          <w:rFonts w:asciiTheme="minorHAnsi" w:hAnsiTheme="minorHAnsi" w:cs="Aptos"/>
          <w:color w:val="000000" w:themeColor="text1"/>
          <w:sz w:val="20"/>
          <w:szCs w:val="20"/>
        </w:rPr>
        <w:t>unutmayınız!</w:t>
      </w:r>
    </w:p>
    <w:p w14:paraId="3F866000" w14:textId="20CC19F3" w:rsidR="00687789" w:rsidRDefault="00687789" w:rsidP="00687789">
      <w:pPr>
        <w:jc w:val="both"/>
        <w:rPr>
          <w:rFonts w:asciiTheme="minorHAnsi" w:hAnsiTheme="minorHAnsi"/>
          <w:color w:val="000000" w:themeColor="text1"/>
          <w:sz w:val="20"/>
          <w:szCs w:val="20"/>
        </w:rPr>
      </w:pPr>
    </w:p>
    <w:p w14:paraId="510C3F0A" w14:textId="77777777" w:rsidR="00687789" w:rsidRPr="00687789" w:rsidRDefault="00687789" w:rsidP="00687789">
      <w:pPr>
        <w:jc w:val="both"/>
        <w:rPr>
          <w:rFonts w:asciiTheme="minorHAnsi" w:hAnsiTheme="minorHAnsi"/>
          <w:color w:val="000000" w:themeColor="text1"/>
          <w:sz w:val="20"/>
          <w:szCs w:val="20"/>
        </w:rPr>
      </w:pPr>
    </w:p>
    <w:p w14:paraId="6F575BE3" w14:textId="77777777" w:rsidR="00B34C9D" w:rsidRPr="00687789" w:rsidRDefault="00B34C9D" w:rsidP="00B34C9D">
      <w:pPr>
        <w:keepNext/>
        <w:keepLines/>
        <w:pBdr>
          <w:bottom w:val="single" w:sz="14" w:space="4" w:color="B07932"/>
        </w:pBdr>
        <w:shd w:val="clear" w:color="auto" w:fill="FDE9D9" w:themeFill="accent6" w:themeFillTint="33"/>
        <w:spacing w:before="80" w:after="160" w:line="240" w:lineRule="auto"/>
        <w:jc w:val="center"/>
        <w:rPr>
          <w:rFonts w:asciiTheme="minorHAnsi" w:hAnsiTheme="minorHAnsi"/>
          <w:sz w:val="22"/>
          <w:szCs w:val="20"/>
        </w:rPr>
      </w:pPr>
      <w:r w:rsidRPr="00687789">
        <w:rPr>
          <w:rFonts w:asciiTheme="minorHAnsi" w:hAnsiTheme="minorHAnsi" w:cs="Aptos"/>
          <w:b/>
          <w:color w:val="243E63"/>
          <w:sz w:val="22"/>
          <w:szCs w:val="20"/>
        </w:rPr>
        <w:t>SPONSORLUK KAYIT FORMU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127"/>
        <w:gridCol w:w="1701"/>
        <w:gridCol w:w="2126"/>
        <w:gridCol w:w="3120"/>
      </w:tblGrid>
      <w:tr w:rsidR="00B34C9D" w:rsidRPr="00383BCE" w14:paraId="38436291" w14:textId="77777777" w:rsidTr="00186B53">
        <w:trPr>
          <w:trHeight w:val="299"/>
          <w:jc w:val="center"/>
        </w:trPr>
        <w:tc>
          <w:tcPr>
            <w:tcW w:w="1129" w:type="dxa"/>
            <w:vMerge w:val="restart"/>
            <w:shd w:val="clear" w:color="auto" w:fill="FDE9D9" w:themeFill="accent6" w:themeFillTint="33"/>
            <w:tcMar>
              <w:top w:w="90" w:type="dxa"/>
              <w:left w:w="110" w:type="dxa"/>
              <w:bottom w:w="90" w:type="dxa"/>
              <w:right w:w="110" w:type="dxa"/>
            </w:tcMar>
            <w:vAlign w:val="center"/>
          </w:tcPr>
          <w:p w14:paraId="056CF4A7" w14:textId="77777777" w:rsidR="00B34C9D" w:rsidRPr="00383BCE" w:rsidRDefault="00B34C9D" w:rsidP="00DC14B3">
            <w:pPr>
              <w:spacing w:after="0" w:line="240" w:lineRule="auto"/>
              <w:rPr>
                <w:rFonts w:asciiTheme="minorHAnsi" w:hAnsiTheme="minorHAnsi"/>
                <w:szCs w:val="17"/>
              </w:rPr>
            </w:pPr>
            <w:r w:rsidRPr="00383BCE">
              <w:rPr>
                <w:rFonts w:asciiTheme="minorHAnsi" w:hAnsiTheme="minorHAnsi" w:cs="Aptos"/>
                <w:b/>
                <w:szCs w:val="17"/>
              </w:rPr>
              <w:t>Firma Yetkilisinin</w:t>
            </w:r>
          </w:p>
        </w:tc>
        <w:tc>
          <w:tcPr>
            <w:tcW w:w="2127" w:type="dxa"/>
            <w:shd w:val="clear" w:color="auto" w:fill="FDE9D9" w:themeFill="accent6" w:themeFillTint="33"/>
          </w:tcPr>
          <w:p w14:paraId="3FF24E69" w14:textId="77777777" w:rsidR="00B34C9D" w:rsidRPr="00383BCE" w:rsidRDefault="00B34C9D" w:rsidP="00DC14B3">
            <w:pPr>
              <w:spacing w:after="0" w:line="240" w:lineRule="auto"/>
              <w:jc w:val="center"/>
              <w:rPr>
                <w:rFonts w:asciiTheme="minorHAnsi" w:hAnsiTheme="minorHAnsi" w:cs="Aptos"/>
                <w:b/>
                <w:szCs w:val="17"/>
              </w:rPr>
            </w:pPr>
            <w:r w:rsidRPr="00383BCE">
              <w:rPr>
                <w:rFonts w:asciiTheme="minorHAnsi" w:hAnsiTheme="minorHAnsi" w:cs="Aptos"/>
                <w:b/>
                <w:szCs w:val="17"/>
              </w:rPr>
              <w:t>Adı Soyadı</w:t>
            </w:r>
          </w:p>
        </w:tc>
        <w:tc>
          <w:tcPr>
            <w:tcW w:w="1701" w:type="dxa"/>
            <w:shd w:val="clear" w:color="auto" w:fill="FDE9D9" w:themeFill="accent6" w:themeFillTint="33"/>
          </w:tcPr>
          <w:p w14:paraId="4DB6DE45" w14:textId="77777777" w:rsidR="00B34C9D" w:rsidRPr="00383BCE" w:rsidRDefault="00B34C9D" w:rsidP="00DC14B3">
            <w:pPr>
              <w:spacing w:after="0" w:line="240" w:lineRule="auto"/>
              <w:jc w:val="center"/>
              <w:rPr>
                <w:rFonts w:asciiTheme="minorHAnsi" w:hAnsiTheme="minorHAnsi" w:cs="Aptos"/>
                <w:b/>
                <w:szCs w:val="17"/>
              </w:rPr>
            </w:pPr>
            <w:r w:rsidRPr="00383BCE">
              <w:rPr>
                <w:rFonts w:asciiTheme="minorHAnsi" w:hAnsiTheme="minorHAnsi" w:cs="Aptos"/>
                <w:b/>
                <w:szCs w:val="17"/>
              </w:rPr>
              <w:t>E-Posta</w:t>
            </w:r>
          </w:p>
        </w:tc>
        <w:tc>
          <w:tcPr>
            <w:tcW w:w="2126" w:type="dxa"/>
            <w:shd w:val="clear" w:color="auto" w:fill="FDE9D9" w:themeFill="accent6" w:themeFillTint="33"/>
            <w:tcMar>
              <w:top w:w="90" w:type="dxa"/>
              <w:left w:w="110" w:type="dxa"/>
              <w:bottom w:w="90" w:type="dxa"/>
              <w:right w:w="110" w:type="dxa"/>
            </w:tcMar>
            <w:vAlign w:val="center"/>
          </w:tcPr>
          <w:p w14:paraId="7B79EBE2" w14:textId="77777777" w:rsidR="00B34C9D" w:rsidRPr="00383BCE" w:rsidRDefault="00B34C9D" w:rsidP="00DC14B3">
            <w:pPr>
              <w:spacing w:after="0" w:line="240" w:lineRule="auto"/>
              <w:jc w:val="center"/>
              <w:rPr>
                <w:rFonts w:asciiTheme="minorHAnsi" w:hAnsiTheme="minorHAnsi"/>
                <w:szCs w:val="17"/>
              </w:rPr>
            </w:pPr>
            <w:r w:rsidRPr="00383BCE">
              <w:rPr>
                <w:rFonts w:asciiTheme="minorHAnsi" w:hAnsiTheme="minorHAnsi" w:cs="Aptos"/>
                <w:b/>
                <w:szCs w:val="17"/>
              </w:rPr>
              <w:t>Gsm</w:t>
            </w:r>
          </w:p>
        </w:tc>
        <w:tc>
          <w:tcPr>
            <w:tcW w:w="3120" w:type="dxa"/>
            <w:shd w:val="clear" w:color="auto" w:fill="FDE9D9" w:themeFill="accent6" w:themeFillTint="33"/>
          </w:tcPr>
          <w:p w14:paraId="0F5B2FBF" w14:textId="77777777" w:rsidR="00B34C9D" w:rsidRPr="00383BCE" w:rsidRDefault="00B34C9D" w:rsidP="00DC14B3">
            <w:pPr>
              <w:spacing w:after="0" w:line="240" w:lineRule="auto"/>
              <w:jc w:val="center"/>
              <w:rPr>
                <w:rFonts w:asciiTheme="minorHAnsi" w:hAnsiTheme="minorHAnsi" w:cs="Aptos"/>
                <w:b/>
                <w:szCs w:val="17"/>
              </w:rPr>
            </w:pPr>
            <w:r w:rsidRPr="00383BCE">
              <w:rPr>
                <w:rFonts w:asciiTheme="minorHAnsi" w:hAnsiTheme="minorHAnsi" w:cs="Aptos"/>
                <w:b/>
                <w:szCs w:val="17"/>
              </w:rPr>
              <w:t>İmza/Kaşe/Tarih</w:t>
            </w:r>
          </w:p>
        </w:tc>
      </w:tr>
      <w:tr w:rsidR="00B34C9D" w:rsidRPr="00383BCE" w14:paraId="4D6B842E" w14:textId="77777777" w:rsidTr="00186B53">
        <w:trPr>
          <w:trHeight w:val="1480"/>
          <w:jc w:val="center"/>
        </w:trPr>
        <w:tc>
          <w:tcPr>
            <w:tcW w:w="1129" w:type="dxa"/>
            <w:vMerge/>
            <w:shd w:val="clear" w:color="auto" w:fill="FDE9D9" w:themeFill="accent6" w:themeFillTint="33"/>
            <w:tcMar>
              <w:top w:w="90" w:type="dxa"/>
              <w:left w:w="110" w:type="dxa"/>
              <w:bottom w:w="90" w:type="dxa"/>
              <w:right w:w="110" w:type="dxa"/>
            </w:tcMar>
            <w:vAlign w:val="center"/>
          </w:tcPr>
          <w:p w14:paraId="0C2926A7" w14:textId="77777777" w:rsidR="00B34C9D" w:rsidRPr="00383BCE" w:rsidRDefault="00B34C9D" w:rsidP="00DC14B3">
            <w:pPr>
              <w:spacing w:after="0" w:line="240" w:lineRule="auto"/>
              <w:rPr>
                <w:rFonts w:asciiTheme="minorHAnsi" w:hAnsiTheme="minorHAnsi"/>
                <w:szCs w:val="17"/>
              </w:rPr>
            </w:pPr>
          </w:p>
        </w:tc>
        <w:tc>
          <w:tcPr>
            <w:tcW w:w="2127" w:type="dxa"/>
          </w:tcPr>
          <w:p w14:paraId="21BC7D35" w14:textId="77777777" w:rsidR="00B34C9D" w:rsidRPr="00383BCE" w:rsidRDefault="00B34C9D" w:rsidP="00DC14B3">
            <w:pPr>
              <w:spacing w:after="0" w:line="240" w:lineRule="auto"/>
              <w:rPr>
                <w:rFonts w:asciiTheme="minorHAnsi" w:hAnsiTheme="minorHAnsi" w:cs="Aptos"/>
                <w:szCs w:val="17"/>
              </w:rPr>
            </w:pPr>
          </w:p>
        </w:tc>
        <w:tc>
          <w:tcPr>
            <w:tcW w:w="1701" w:type="dxa"/>
          </w:tcPr>
          <w:p w14:paraId="571C17FE" w14:textId="77777777" w:rsidR="00B34C9D" w:rsidRPr="00383BCE" w:rsidRDefault="00B34C9D" w:rsidP="00DC14B3">
            <w:pPr>
              <w:spacing w:after="0" w:line="240" w:lineRule="auto"/>
              <w:rPr>
                <w:rFonts w:asciiTheme="minorHAnsi" w:hAnsiTheme="minorHAnsi" w:cs="Aptos"/>
                <w:szCs w:val="17"/>
              </w:rPr>
            </w:pPr>
          </w:p>
        </w:tc>
        <w:tc>
          <w:tcPr>
            <w:tcW w:w="2126" w:type="dxa"/>
            <w:tcMar>
              <w:top w:w="90" w:type="dxa"/>
              <w:left w:w="110" w:type="dxa"/>
              <w:bottom w:w="90" w:type="dxa"/>
              <w:right w:w="110" w:type="dxa"/>
            </w:tcMar>
            <w:vAlign w:val="center"/>
          </w:tcPr>
          <w:p w14:paraId="6BD15EE3" w14:textId="77777777" w:rsidR="00B34C9D" w:rsidRPr="00383BCE" w:rsidRDefault="00B34C9D" w:rsidP="00DC14B3">
            <w:pPr>
              <w:spacing w:after="0" w:line="240" w:lineRule="auto"/>
              <w:rPr>
                <w:rFonts w:asciiTheme="minorHAnsi" w:hAnsiTheme="minorHAnsi"/>
                <w:szCs w:val="17"/>
              </w:rPr>
            </w:pPr>
          </w:p>
        </w:tc>
        <w:tc>
          <w:tcPr>
            <w:tcW w:w="3120" w:type="dxa"/>
          </w:tcPr>
          <w:p w14:paraId="5A320EB8" w14:textId="77777777" w:rsidR="00B34C9D" w:rsidRPr="00383BCE" w:rsidRDefault="00B34C9D" w:rsidP="00DC14B3">
            <w:pPr>
              <w:spacing w:after="0" w:line="240" w:lineRule="auto"/>
              <w:rPr>
                <w:rFonts w:asciiTheme="minorHAnsi" w:hAnsiTheme="minorHAnsi"/>
                <w:szCs w:val="17"/>
              </w:rPr>
            </w:pPr>
          </w:p>
        </w:tc>
      </w:tr>
    </w:tbl>
    <w:p w14:paraId="30BAC2A9" w14:textId="77777777" w:rsidR="00B34C9D" w:rsidRPr="00383BCE" w:rsidRDefault="00B34C9D" w:rsidP="00B34C9D">
      <w:pPr>
        <w:rPr>
          <w:rFonts w:asciiTheme="minorHAnsi" w:hAnsiTheme="minorHAnsi"/>
          <w:szCs w:val="17"/>
        </w:rPr>
      </w:pPr>
    </w:p>
    <w:tbl>
      <w:tblPr>
        <w:tblStyle w:val="TabloKlavuzu"/>
        <w:tblW w:w="0" w:type="auto"/>
        <w:tblLook w:val="04A0" w:firstRow="1" w:lastRow="0" w:firstColumn="1" w:lastColumn="0" w:noHBand="0" w:noVBand="1"/>
      </w:tblPr>
      <w:tblGrid>
        <w:gridCol w:w="10225"/>
      </w:tblGrid>
      <w:tr w:rsidR="00B34C9D" w14:paraId="0392C514" w14:textId="77777777" w:rsidTr="00186B53">
        <w:trPr>
          <w:trHeight w:val="2179"/>
        </w:trPr>
        <w:tc>
          <w:tcPr>
            <w:tcW w:w="10225" w:type="dxa"/>
          </w:tcPr>
          <w:p w14:paraId="07CAA118" w14:textId="77777777" w:rsidR="00B34C9D" w:rsidRPr="00A33818" w:rsidRDefault="00B34C9D" w:rsidP="00DC14B3">
            <w:pPr>
              <w:rPr>
                <w:rFonts w:asciiTheme="minorHAnsi" w:hAnsiTheme="minorHAnsi"/>
                <w:b/>
                <w:sz w:val="20"/>
                <w:szCs w:val="20"/>
              </w:rPr>
            </w:pPr>
            <w:r w:rsidRPr="00A33818">
              <w:rPr>
                <w:rFonts w:asciiTheme="minorHAnsi" w:hAnsiTheme="minorHAnsi"/>
                <w:b/>
                <w:sz w:val="20"/>
                <w:szCs w:val="20"/>
              </w:rPr>
              <w:t>Açıklama</w:t>
            </w:r>
            <w:r>
              <w:rPr>
                <w:rFonts w:asciiTheme="minorHAnsi" w:hAnsiTheme="minorHAnsi"/>
                <w:b/>
                <w:sz w:val="20"/>
                <w:szCs w:val="20"/>
              </w:rPr>
              <w:t>(varsa)</w:t>
            </w:r>
            <w:r w:rsidRPr="00A33818">
              <w:rPr>
                <w:rFonts w:asciiTheme="minorHAnsi" w:hAnsiTheme="minorHAnsi"/>
                <w:b/>
                <w:sz w:val="20"/>
                <w:szCs w:val="20"/>
              </w:rPr>
              <w:t>:</w:t>
            </w:r>
          </w:p>
        </w:tc>
      </w:tr>
    </w:tbl>
    <w:p w14:paraId="309F3BF3" w14:textId="77777777" w:rsidR="00B34C9D" w:rsidRPr="00383BCE" w:rsidRDefault="00B34C9D" w:rsidP="00B34C9D">
      <w:pPr>
        <w:rPr>
          <w:rFonts w:asciiTheme="minorHAnsi" w:hAnsiTheme="minorHAnsi"/>
          <w:szCs w:val="1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127"/>
        <w:gridCol w:w="1559"/>
        <w:gridCol w:w="2268"/>
        <w:gridCol w:w="3071"/>
      </w:tblGrid>
      <w:tr w:rsidR="00B34C9D" w:rsidRPr="00383BCE" w14:paraId="6BB2F5BC" w14:textId="77777777" w:rsidTr="00186B53">
        <w:trPr>
          <w:trHeight w:val="271"/>
          <w:jc w:val="center"/>
        </w:trPr>
        <w:tc>
          <w:tcPr>
            <w:tcW w:w="1129" w:type="dxa"/>
            <w:vMerge w:val="restart"/>
            <w:shd w:val="clear" w:color="auto" w:fill="FDE9D9" w:themeFill="accent6" w:themeFillTint="33"/>
            <w:tcMar>
              <w:top w:w="90" w:type="dxa"/>
              <w:left w:w="110" w:type="dxa"/>
              <w:bottom w:w="90" w:type="dxa"/>
              <w:right w:w="110" w:type="dxa"/>
            </w:tcMar>
            <w:vAlign w:val="center"/>
          </w:tcPr>
          <w:p w14:paraId="67CBAF25" w14:textId="77777777" w:rsidR="00B34C9D" w:rsidRPr="00383BCE" w:rsidRDefault="00B34C9D" w:rsidP="00DC14B3">
            <w:pPr>
              <w:spacing w:after="0" w:line="240" w:lineRule="auto"/>
              <w:rPr>
                <w:rFonts w:asciiTheme="minorHAnsi" w:hAnsiTheme="minorHAnsi"/>
                <w:szCs w:val="17"/>
              </w:rPr>
            </w:pPr>
            <w:r w:rsidRPr="00383BCE">
              <w:rPr>
                <w:rFonts w:asciiTheme="minorHAnsi" w:hAnsiTheme="minorHAnsi" w:cs="Aptos"/>
                <w:b/>
                <w:szCs w:val="17"/>
              </w:rPr>
              <w:t>Oda Yetkilisinin</w:t>
            </w:r>
          </w:p>
        </w:tc>
        <w:tc>
          <w:tcPr>
            <w:tcW w:w="2127" w:type="dxa"/>
            <w:shd w:val="clear" w:color="auto" w:fill="FDE9D9" w:themeFill="accent6" w:themeFillTint="33"/>
          </w:tcPr>
          <w:p w14:paraId="0C0AFE6E" w14:textId="77777777" w:rsidR="00B34C9D" w:rsidRPr="00383BCE" w:rsidRDefault="00B34C9D" w:rsidP="00DC14B3">
            <w:pPr>
              <w:spacing w:after="0" w:line="240" w:lineRule="auto"/>
              <w:jc w:val="center"/>
              <w:rPr>
                <w:rFonts w:asciiTheme="minorHAnsi" w:hAnsiTheme="minorHAnsi" w:cs="Aptos"/>
                <w:b/>
                <w:szCs w:val="17"/>
              </w:rPr>
            </w:pPr>
            <w:r w:rsidRPr="00383BCE">
              <w:rPr>
                <w:rFonts w:asciiTheme="minorHAnsi" w:hAnsiTheme="minorHAnsi" w:cs="Aptos"/>
                <w:b/>
                <w:szCs w:val="17"/>
              </w:rPr>
              <w:t>Adı Soyadı</w:t>
            </w:r>
          </w:p>
        </w:tc>
        <w:tc>
          <w:tcPr>
            <w:tcW w:w="1559" w:type="dxa"/>
            <w:shd w:val="clear" w:color="auto" w:fill="FDE9D9" w:themeFill="accent6" w:themeFillTint="33"/>
          </w:tcPr>
          <w:p w14:paraId="1CCF693A" w14:textId="77777777" w:rsidR="00B34C9D" w:rsidRPr="00383BCE" w:rsidRDefault="00B34C9D" w:rsidP="00DC14B3">
            <w:pPr>
              <w:spacing w:after="0" w:line="240" w:lineRule="auto"/>
              <w:jc w:val="center"/>
              <w:rPr>
                <w:rFonts w:asciiTheme="minorHAnsi" w:hAnsiTheme="minorHAnsi" w:cs="Aptos"/>
                <w:b/>
                <w:szCs w:val="17"/>
              </w:rPr>
            </w:pPr>
            <w:r w:rsidRPr="00383BCE">
              <w:rPr>
                <w:rFonts w:asciiTheme="minorHAnsi" w:hAnsiTheme="minorHAnsi" w:cs="Aptos"/>
                <w:b/>
                <w:szCs w:val="17"/>
              </w:rPr>
              <w:t>E-Posta</w:t>
            </w:r>
          </w:p>
        </w:tc>
        <w:tc>
          <w:tcPr>
            <w:tcW w:w="2268" w:type="dxa"/>
            <w:shd w:val="clear" w:color="auto" w:fill="FDE9D9" w:themeFill="accent6" w:themeFillTint="33"/>
            <w:tcMar>
              <w:top w:w="90" w:type="dxa"/>
              <w:left w:w="110" w:type="dxa"/>
              <w:bottom w:w="90" w:type="dxa"/>
              <w:right w:w="110" w:type="dxa"/>
            </w:tcMar>
            <w:vAlign w:val="center"/>
          </w:tcPr>
          <w:p w14:paraId="5C049070" w14:textId="77777777" w:rsidR="00B34C9D" w:rsidRPr="00383BCE" w:rsidRDefault="00B34C9D" w:rsidP="00DC14B3">
            <w:pPr>
              <w:spacing w:after="0" w:line="240" w:lineRule="auto"/>
              <w:jc w:val="center"/>
              <w:rPr>
                <w:rFonts w:asciiTheme="minorHAnsi" w:hAnsiTheme="minorHAnsi"/>
                <w:szCs w:val="17"/>
              </w:rPr>
            </w:pPr>
            <w:r w:rsidRPr="00383BCE">
              <w:rPr>
                <w:rFonts w:asciiTheme="minorHAnsi" w:hAnsiTheme="minorHAnsi" w:cs="Aptos"/>
                <w:b/>
                <w:szCs w:val="17"/>
              </w:rPr>
              <w:t>Gsm</w:t>
            </w:r>
          </w:p>
        </w:tc>
        <w:tc>
          <w:tcPr>
            <w:tcW w:w="3071" w:type="dxa"/>
            <w:shd w:val="clear" w:color="auto" w:fill="FDE9D9" w:themeFill="accent6" w:themeFillTint="33"/>
          </w:tcPr>
          <w:p w14:paraId="362605A2" w14:textId="77777777" w:rsidR="00B34C9D" w:rsidRPr="00383BCE" w:rsidRDefault="00B34C9D" w:rsidP="00DC14B3">
            <w:pPr>
              <w:spacing w:after="0" w:line="240" w:lineRule="auto"/>
              <w:jc w:val="center"/>
              <w:rPr>
                <w:rFonts w:asciiTheme="minorHAnsi" w:hAnsiTheme="minorHAnsi" w:cs="Aptos"/>
                <w:b/>
                <w:szCs w:val="17"/>
              </w:rPr>
            </w:pPr>
            <w:r w:rsidRPr="00383BCE">
              <w:rPr>
                <w:rFonts w:asciiTheme="minorHAnsi" w:hAnsiTheme="minorHAnsi" w:cs="Aptos"/>
                <w:b/>
                <w:szCs w:val="17"/>
              </w:rPr>
              <w:t>İmza/Kaşe/Tarih</w:t>
            </w:r>
          </w:p>
        </w:tc>
      </w:tr>
      <w:tr w:rsidR="00B34C9D" w:rsidRPr="00383BCE" w14:paraId="2804DABE" w14:textId="77777777" w:rsidTr="00186B53">
        <w:trPr>
          <w:trHeight w:val="1719"/>
          <w:jc w:val="center"/>
        </w:trPr>
        <w:tc>
          <w:tcPr>
            <w:tcW w:w="1129" w:type="dxa"/>
            <w:vMerge/>
            <w:shd w:val="clear" w:color="auto" w:fill="FDE9D9" w:themeFill="accent6" w:themeFillTint="33"/>
            <w:tcMar>
              <w:top w:w="90" w:type="dxa"/>
              <w:left w:w="110" w:type="dxa"/>
              <w:bottom w:w="90" w:type="dxa"/>
              <w:right w:w="110" w:type="dxa"/>
            </w:tcMar>
            <w:vAlign w:val="center"/>
          </w:tcPr>
          <w:p w14:paraId="4B8A1DFD" w14:textId="77777777" w:rsidR="00B34C9D" w:rsidRPr="00383BCE" w:rsidRDefault="00B34C9D" w:rsidP="00DC14B3">
            <w:pPr>
              <w:spacing w:after="0" w:line="240" w:lineRule="auto"/>
              <w:rPr>
                <w:rFonts w:asciiTheme="minorHAnsi" w:hAnsiTheme="minorHAnsi"/>
                <w:szCs w:val="17"/>
              </w:rPr>
            </w:pPr>
          </w:p>
        </w:tc>
        <w:tc>
          <w:tcPr>
            <w:tcW w:w="2127" w:type="dxa"/>
          </w:tcPr>
          <w:p w14:paraId="0CAD53F2" w14:textId="77777777" w:rsidR="00B34C9D" w:rsidRPr="00383BCE" w:rsidRDefault="00B34C9D" w:rsidP="00DC14B3">
            <w:pPr>
              <w:spacing w:after="0" w:line="240" w:lineRule="auto"/>
              <w:rPr>
                <w:rFonts w:asciiTheme="minorHAnsi" w:hAnsiTheme="minorHAnsi" w:cs="Aptos"/>
                <w:szCs w:val="17"/>
              </w:rPr>
            </w:pPr>
          </w:p>
        </w:tc>
        <w:tc>
          <w:tcPr>
            <w:tcW w:w="1559" w:type="dxa"/>
          </w:tcPr>
          <w:p w14:paraId="707A2701" w14:textId="77777777" w:rsidR="00B34C9D" w:rsidRPr="00383BCE" w:rsidRDefault="00B34C9D" w:rsidP="00DC14B3">
            <w:pPr>
              <w:spacing w:after="0" w:line="240" w:lineRule="auto"/>
              <w:rPr>
                <w:rFonts w:asciiTheme="minorHAnsi" w:hAnsiTheme="minorHAnsi" w:cs="Aptos"/>
                <w:szCs w:val="17"/>
              </w:rPr>
            </w:pPr>
          </w:p>
        </w:tc>
        <w:tc>
          <w:tcPr>
            <w:tcW w:w="2268" w:type="dxa"/>
            <w:tcMar>
              <w:top w:w="90" w:type="dxa"/>
              <w:left w:w="110" w:type="dxa"/>
              <w:bottom w:w="90" w:type="dxa"/>
              <w:right w:w="110" w:type="dxa"/>
            </w:tcMar>
            <w:vAlign w:val="center"/>
          </w:tcPr>
          <w:p w14:paraId="19374521" w14:textId="77777777" w:rsidR="00B34C9D" w:rsidRPr="00383BCE" w:rsidRDefault="00B34C9D" w:rsidP="00DC14B3">
            <w:pPr>
              <w:spacing w:after="0" w:line="240" w:lineRule="auto"/>
              <w:rPr>
                <w:rFonts w:asciiTheme="minorHAnsi" w:hAnsiTheme="minorHAnsi"/>
                <w:szCs w:val="17"/>
              </w:rPr>
            </w:pPr>
          </w:p>
        </w:tc>
        <w:tc>
          <w:tcPr>
            <w:tcW w:w="3071" w:type="dxa"/>
          </w:tcPr>
          <w:p w14:paraId="7863CEE3" w14:textId="77777777" w:rsidR="00B34C9D" w:rsidRPr="00383BCE" w:rsidRDefault="00B34C9D" w:rsidP="00DC14B3">
            <w:pPr>
              <w:spacing w:after="0" w:line="240" w:lineRule="auto"/>
              <w:rPr>
                <w:rFonts w:asciiTheme="minorHAnsi" w:hAnsiTheme="minorHAnsi"/>
                <w:szCs w:val="17"/>
              </w:rPr>
            </w:pPr>
          </w:p>
        </w:tc>
      </w:tr>
    </w:tbl>
    <w:p w14:paraId="6FC53CC5" w14:textId="77777777" w:rsidR="00096586" w:rsidRDefault="00096586"/>
    <w:sectPr w:rsidR="00096586">
      <w:headerReference w:type="even" r:id="rId12"/>
      <w:headerReference w:type="default" r:id="rId13"/>
      <w:pgSz w:w="11905" w:h="16838"/>
      <w:pgMar w:top="1325" w:right="835" w:bottom="979" w:left="835" w:header="259" w:footer="360" w:gutter="0"/>
      <w:pgBorders w:offsetFrom="page">
        <w:top w:val="single" w:sz="8" w:space="18" w:color="D8C6A8"/>
        <w:left w:val="single" w:sz="8" w:space="18" w:color="D8C6A8"/>
        <w:bottom w:val="single" w:sz="8" w:space="18" w:color="D8C6A8"/>
        <w:right w:val="single" w:sz="8" w:space="18" w:color="D8C6A8"/>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A59C2" w14:textId="77777777" w:rsidR="00556EF1" w:rsidRPr="00835861" w:rsidRDefault="00556EF1">
      <w:pPr>
        <w:spacing w:after="0" w:line="240" w:lineRule="auto"/>
      </w:pPr>
      <w:r w:rsidRPr="00835861">
        <w:separator/>
      </w:r>
    </w:p>
  </w:endnote>
  <w:endnote w:type="continuationSeparator" w:id="0">
    <w:p w14:paraId="0FEA55FB" w14:textId="77777777" w:rsidR="00556EF1" w:rsidRPr="00835861" w:rsidRDefault="00556EF1">
      <w:pPr>
        <w:spacing w:after="0" w:line="240" w:lineRule="auto"/>
      </w:pPr>
      <w:r w:rsidRPr="008358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4B12E" w14:textId="77777777" w:rsidR="007E2344" w:rsidRPr="00835861" w:rsidRDefault="0026486C">
    <w:pPr>
      <w:pStyle w:val="AltBilgi"/>
      <w:jc w:val="center"/>
      <w:rPr>
        <w:sz w:val="19"/>
      </w:rPr>
    </w:pPr>
    <w:r w:rsidRPr="00835861">
      <w:rPr>
        <w:rFonts w:cs="Aptos"/>
        <w:i/>
        <w:color w:val="687181"/>
        <w:sz w:val="14"/>
      </w:rPr>
      <w:t>Odamız, Anayasa’nın 135. Maddesinde tanımlanan 6235 sayılı Yasa’ya göre kurulmuş kamu kurumu niteliğinde bir meslek kuruluşudur.</w:t>
    </w:r>
  </w:p>
  <w:p w14:paraId="360DEBDB" w14:textId="77777777" w:rsidR="007E2344" w:rsidRPr="00835861" w:rsidRDefault="0026486C">
    <w:pPr>
      <w:spacing w:after="0" w:line="240" w:lineRule="auto"/>
      <w:jc w:val="center"/>
      <w:rPr>
        <w:sz w:val="19"/>
      </w:rPr>
    </w:pPr>
    <w:r w:rsidRPr="00835861">
      <w:rPr>
        <w:rFonts w:cs="Aptos"/>
        <w:color w:val="687181"/>
        <w:sz w:val="14"/>
      </w:rPr>
      <w:t>Adres: Yüksel Cd. No:40 Kızılay 06420 Çankaya - Ankara / TÜRKİYE GSM: +90 546 425 10 90</w:t>
    </w:r>
  </w:p>
  <w:p w14:paraId="4F1E0899" w14:textId="77777777" w:rsidR="007E2344" w:rsidRPr="00835861" w:rsidRDefault="0026486C">
    <w:pPr>
      <w:spacing w:after="0" w:line="240" w:lineRule="auto"/>
      <w:jc w:val="center"/>
      <w:rPr>
        <w:sz w:val="19"/>
      </w:rPr>
    </w:pPr>
    <w:r w:rsidRPr="00835861">
      <w:rPr>
        <w:rFonts w:cs="Aptos"/>
        <w:color w:val="687181"/>
        <w:sz w:val="14"/>
      </w:rPr>
      <w:t>E-Posta: imcet@maden.org.tr • Web Sayfası: www.imcet.org.tr</w:t>
    </w:r>
  </w:p>
  <w:p w14:paraId="4E3CBFD4" w14:textId="77777777" w:rsidR="007E2344" w:rsidRPr="00835861" w:rsidRDefault="0026486C">
    <w:pPr>
      <w:spacing w:after="0" w:line="240" w:lineRule="auto"/>
      <w:jc w:val="center"/>
    </w:pPr>
    <w:r w:rsidRPr="00835861">
      <w:fldChar w:fldCharType="begin"/>
    </w:r>
    <w:r w:rsidRPr="00835861">
      <w:instrText>PAGE</w:instrText>
    </w:r>
    <w:r w:rsidRPr="00835861">
      <w:fldChar w:fldCharType="separate"/>
    </w:r>
    <w:r w:rsidR="00F50A2C" w:rsidRPr="00835861">
      <w:t>1</w:t>
    </w:r>
    <w:r w:rsidRPr="0083586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C4306" w14:textId="77777777" w:rsidR="00556EF1" w:rsidRPr="00835861" w:rsidRDefault="00556EF1">
      <w:pPr>
        <w:spacing w:after="0" w:line="240" w:lineRule="auto"/>
      </w:pPr>
      <w:r w:rsidRPr="00835861">
        <w:separator/>
      </w:r>
    </w:p>
  </w:footnote>
  <w:footnote w:type="continuationSeparator" w:id="0">
    <w:p w14:paraId="5FEE418D" w14:textId="77777777" w:rsidR="00556EF1" w:rsidRPr="00835861" w:rsidRDefault="00556EF1">
      <w:pPr>
        <w:spacing w:after="0" w:line="240" w:lineRule="auto"/>
      </w:pPr>
      <w:r w:rsidRPr="008358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618EC" w14:textId="3517A6C1" w:rsidR="007E2344" w:rsidRPr="00835861" w:rsidRDefault="00AE6FA6">
    <w:pPr>
      <w:pStyle w:val="stBilgi"/>
      <w:pBdr>
        <w:bottom w:val="single" w:sz="10" w:space="2" w:color="D8C6A8"/>
      </w:pBdr>
    </w:pPr>
    <w:r>
      <w:drawing>
        <wp:anchor distT="0" distB="0" distL="114300" distR="114300" simplePos="0" relativeHeight="251681792" behindDoc="0" locked="0" layoutInCell="1" allowOverlap="1" wp14:anchorId="676515D3" wp14:editId="4C9FE65F">
          <wp:simplePos x="0" y="0"/>
          <wp:positionH relativeFrom="column">
            <wp:posOffset>-171450</wp:posOffset>
          </wp:positionH>
          <wp:positionV relativeFrom="paragraph">
            <wp:posOffset>-362585</wp:posOffset>
          </wp:positionV>
          <wp:extent cx="6705600" cy="2014220"/>
          <wp:effectExtent l="0" t="0" r="0" b="5080"/>
          <wp:wrapNone/>
          <wp:docPr id="7" name="Resim 7"/>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0" cy="2014220"/>
                  </a:xfrm>
                  <a:prstGeom prst="rect">
                    <a:avLst/>
                  </a:prstGeom>
                  <a:noFill/>
                  <a:ln>
                    <a:noFill/>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7E67A" w14:textId="77777777" w:rsidR="007E2344" w:rsidRPr="00835861" w:rsidRDefault="007E234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D4716" w14:textId="4807F3F5" w:rsidR="007E2344" w:rsidRPr="00835861" w:rsidRDefault="00AE6FA6">
    <w:pPr>
      <w:pStyle w:val="stBilgi"/>
      <w:pBdr>
        <w:bottom w:val="single" w:sz="10" w:space="2" w:color="D8C6A8"/>
      </w:pBdr>
    </w:pPr>
    <w:r>
      <w:drawing>
        <wp:anchor distT="0" distB="0" distL="114300" distR="114300" simplePos="0" relativeHeight="251683840" behindDoc="0" locked="0" layoutInCell="1" allowOverlap="1" wp14:anchorId="7426C868" wp14:editId="5A932F83">
          <wp:simplePos x="0" y="0"/>
          <wp:positionH relativeFrom="column">
            <wp:posOffset>-104775</wp:posOffset>
          </wp:positionH>
          <wp:positionV relativeFrom="paragraph">
            <wp:posOffset>-257810</wp:posOffset>
          </wp:positionV>
          <wp:extent cx="6705600" cy="2014220"/>
          <wp:effectExtent l="0" t="0" r="0" b="5080"/>
          <wp:wrapNone/>
          <wp:docPr id="1" name="Resim 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0" cy="2014220"/>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0D759BB"/>
    <w:multiLevelType w:val="singleLevel"/>
    <w:tmpl w:val="4A3EA70C"/>
    <w:lvl w:ilvl="0">
      <w:start w:val="1"/>
      <w:numFmt w:val="decimal"/>
      <w:lvlText w:val="%1."/>
      <w:lvlJc w:val="left"/>
      <w:pPr>
        <w:tabs>
          <w:tab w:val="num" w:pos="540"/>
        </w:tabs>
        <w:ind w:left="540" w:hanging="280"/>
      </w:pPr>
    </w:lvl>
  </w:abstractNum>
  <w:abstractNum w:abstractNumId="10" w15:restartNumberingAfterBreak="0">
    <w:nsid w:val="04432116"/>
    <w:multiLevelType w:val="hybridMultilevel"/>
    <w:tmpl w:val="FF40E6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07224F90"/>
    <w:multiLevelType w:val="hybridMultilevel"/>
    <w:tmpl w:val="0D6C5282"/>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09147717"/>
    <w:multiLevelType w:val="hybridMultilevel"/>
    <w:tmpl w:val="1EF03A46"/>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0AA8049D"/>
    <w:multiLevelType w:val="hybridMultilevel"/>
    <w:tmpl w:val="33EA192C"/>
    <w:lvl w:ilvl="0" w:tplc="3D30EA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0B41644E"/>
    <w:multiLevelType w:val="hybridMultilevel"/>
    <w:tmpl w:val="AC7206CC"/>
    <w:lvl w:ilvl="0" w:tplc="2DD83540">
      <w:start w:val="1"/>
      <w:numFmt w:val="decimal"/>
      <w:lvlText w:val="%1."/>
      <w:lvlJc w:val="left"/>
      <w:pPr>
        <w:ind w:left="720" w:hanging="360"/>
      </w:pPr>
      <w:rPr>
        <w:rFonts w:cs="Aptos" w:hint="default"/>
        <w:color w:val="243E6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0F84634A"/>
    <w:multiLevelType w:val="hybridMultilevel"/>
    <w:tmpl w:val="1F9E3B9E"/>
    <w:lvl w:ilvl="0" w:tplc="2DD83540">
      <w:start w:val="1"/>
      <w:numFmt w:val="decimal"/>
      <w:lvlText w:val="%1."/>
      <w:lvlJc w:val="left"/>
      <w:pPr>
        <w:ind w:left="720" w:hanging="360"/>
      </w:pPr>
      <w:rPr>
        <w:rFonts w:cs="Aptos" w:hint="default"/>
        <w:color w:val="243E6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44B447D"/>
    <w:multiLevelType w:val="hybridMultilevel"/>
    <w:tmpl w:val="5ECAFC68"/>
    <w:lvl w:ilvl="0" w:tplc="3D30EA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66D59B4"/>
    <w:multiLevelType w:val="hybridMultilevel"/>
    <w:tmpl w:val="2538464A"/>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9E501B9"/>
    <w:multiLevelType w:val="hybridMultilevel"/>
    <w:tmpl w:val="48147A00"/>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215EB8"/>
    <w:multiLevelType w:val="hybridMultilevel"/>
    <w:tmpl w:val="4B8CA854"/>
    <w:lvl w:ilvl="0" w:tplc="2DD83540">
      <w:start w:val="1"/>
      <w:numFmt w:val="decimal"/>
      <w:lvlText w:val="%1."/>
      <w:lvlJc w:val="left"/>
      <w:pPr>
        <w:ind w:left="720" w:hanging="360"/>
      </w:pPr>
      <w:rPr>
        <w:rFonts w:cs="Aptos" w:hint="default"/>
        <w:color w:val="243E6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E62130B"/>
    <w:multiLevelType w:val="hybridMultilevel"/>
    <w:tmpl w:val="35463624"/>
    <w:lvl w:ilvl="0" w:tplc="2DD83540">
      <w:start w:val="1"/>
      <w:numFmt w:val="decimal"/>
      <w:lvlText w:val="%1."/>
      <w:lvlJc w:val="left"/>
      <w:pPr>
        <w:ind w:left="720" w:hanging="360"/>
      </w:pPr>
      <w:rPr>
        <w:rFonts w:cs="Aptos" w:hint="default"/>
        <w:color w:val="243E6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FAB6BAE"/>
    <w:multiLevelType w:val="hybridMultilevel"/>
    <w:tmpl w:val="9BAEEC4E"/>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1CA5581"/>
    <w:multiLevelType w:val="hybridMultilevel"/>
    <w:tmpl w:val="07A6DFB8"/>
    <w:lvl w:ilvl="0" w:tplc="2DD83540">
      <w:start w:val="1"/>
      <w:numFmt w:val="decimal"/>
      <w:lvlText w:val="%1."/>
      <w:lvlJc w:val="left"/>
      <w:pPr>
        <w:ind w:left="720" w:hanging="360"/>
      </w:pPr>
      <w:rPr>
        <w:rFonts w:cs="Aptos" w:hint="default"/>
        <w:color w:val="243E6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2384A46"/>
    <w:multiLevelType w:val="hybridMultilevel"/>
    <w:tmpl w:val="46547A46"/>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80C5FEF"/>
    <w:multiLevelType w:val="hybridMultilevel"/>
    <w:tmpl w:val="3EBE55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A1C7FC1"/>
    <w:multiLevelType w:val="hybridMultilevel"/>
    <w:tmpl w:val="BD7CD070"/>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B266083"/>
    <w:multiLevelType w:val="hybridMultilevel"/>
    <w:tmpl w:val="A5AC4874"/>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B2D780E"/>
    <w:multiLevelType w:val="hybridMultilevel"/>
    <w:tmpl w:val="AA58850A"/>
    <w:lvl w:ilvl="0" w:tplc="FA94A80E">
      <w:start w:val="1"/>
      <w:numFmt w:val="decimal"/>
      <w:lvlText w:val="%1."/>
      <w:lvlJc w:val="left"/>
      <w:pPr>
        <w:ind w:left="720" w:hanging="360"/>
      </w:pPr>
      <w:rPr>
        <w:rFonts w:cs="Aptos" w:hint="default"/>
      </w:rPr>
    </w:lvl>
    <w:lvl w:ilvl="1" w:tplc="73DC29DC">
      <w:start w:val="17"/>
      <w:numFmt w:val="bullet"/>
      <w:lvlText w:val="•"/>
      <w:lvlJc w:val="left"/>
      <w:pPr>
        <w:ind w:left="1440" w:hanging="360"/>
      </w:pPr>
      <w:rPr>
        <w:rFonts w:ascii="Cambria" w:eastAsia="Arial" w:hAnsi="Cambria" w:cs="Apto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C59567B"/>
    <w:multiLevelType w:val="hybridMultilevel"/>
    <w:tmpl w:val="10C6C282"/>
    <w:lvl w:ilvl="0" w:tplc="3D30EA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F6C50A4"/>
    <w:multiLevelType w:val="hybridMultilevel"/>
    <w:tmpl w:val="6082F2D2"/>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1CA129E"/>
    <w:multiLevelType w:val="hybridMultilevel"/>
    <w:tmpl w:val="C390129A"/>
    <w:lvl w:ilvl="0" w:tplc="2DD83540">
      <w:start w:val="1"/>
      <w:numFmt w:val="decimal"/>
      <w:lvlText w:val="%1."/>
      <w:lvlJc w:val="left"/>
      <w:pPr>
        <w:ind w:left="720" w:hanging="360"/>
      </w:pPr>
      <w:rPr>
        <w:rFonts w:cs="Aptos" w:hint="default"/>
        <w:color w:val="243E63"/>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1DB237E"/>
    <w:multiLevelType w:val="hybridMultilevel"/>
    <w:tmpl w:val="7D76B1DC"/>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3AB3B30"/>
    <w:multiLevelType w:val="hybridMultilevel"/>
    <w:tmpl w:val="CB0899EA"/>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482750A"/>
    <w:multiLevelType w:val="hybridMultilevel"/>
    <w:tmpl w:val="259AC79E"/>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0341E3F"/>
    <w:multiLevelType w:val="hybridMultilevel"/>
    <w:tmpl w:val="57F0EA2C"/>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2181F7B"/>
    <w:multiLevelType w:val="hybridMultilevel"/>
    <w:tmpl w:val="F4ACFE4A"/>
    <w:lvl w:ilvl="0" w:tplc="3D30EA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43D0031"/>
    <w:multiLevelType w:val="hybridMultilevel"/>
    <w:tmpl w:val="FA64650E"/>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6B472EB"/>
    <w:multiLevelType w:val="hybridMultilevel"/>
    <w:tmpl w:val="EA0EA888"/>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22E5B93"/>
    <w:multiLevelType w:val="hybridMultilevel"/>
    <w:tmpl w:val="A7307C9C"/>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EBF7076"/>
    <w:multiLevelType w:val="hybridMultilevel"/>
    <w:tmpl w:val="F2740BC0"/>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F7539ED"/>
    <w:multiLevelType w:val="hybridMultilevel"/>
    <w:tmpl w:val="5A04E846"/>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05D0000"/>
    <w:multiLevelType w:val="hybridMultilevel"/>
    <w:tmpl w:val="1C6CC90E"/>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4897B32"/>
    <w:multiLevelType w:val="hybridMultilevel"/>
    <w:tmpl w:val="DEB67532"/>
    <w:lvl w:ilvl="0" w:tplc="2DD83540">
      <w:start w:val="1"/>
      <w:numFmt w:val="decimal"/>
      <w:lvlText w:val="%1."/>
      <w:lvlJc w:val="left"/>
      <w:pPr>
        <w:ind w:left="720" w:hanging="360"/>
      </w:pPr>
      <w:rPr>
        <w:rFonts w:cs="Aptos" w:hint="default"/>
        <w:color w:val="243E6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64B6141"/>
    <w:multiLevelType w:val="hybridMultilevel"/>
    <w:tmpl w:val="9C4A7002"/>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7570874"/>
    <w:multiLevelType w:val="hybridMultilevel"/>
    <w:tmpl w:val="EF76336C"/>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96D2927"/>
    <w:multiLevelType w:val="hybridMultilevel"/>
    <w:tmpl w:val="039276E8"/>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A265CB3"/>
    <w:multiLevelType w:val="hybridMultilevel"/>
    <w:tmpl w:val="4014CE44"/>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BB221EB"/>
    <w:multiLevelType w:val="hybridMultilevel"/>
    <w:tmpl w:val="EA488B02"/>
    <w:lvl w:ilvl="0" w:tplc="FA94A80E">
      <w:start w:val="1"/>
      <w:numFmt w:val="decimal"/>
      <w:lvlText w:val="%1."/>
      <w:lvlJc w:val="left"/>
      <w:pPr>
        <w:ind w:left="720" w:hanging="360"/>
      </w:pPr>
      <w:rPr>
        <w:rFonts w:cs="Apto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4"/>
  </w:num>
  <w:num w:numId="11">
    <w:abstractNumId w:val="10"/>
  </w:num>
  <w:num w:numId="12">
    <w:abstractNumId w:val="32"/>
  </w:num>
  <w:num w:numId="13">
    <w:abstractNumId w:val="47"/>
  </w:num>
  <w:num w:numId="14">
    <w:abstractNumId w:val="39"/>
  </w:num>
  <w:num w:numId="15">
    <w:abstractNumId w:val="9"/>
  </w:num>
  <w:num w:numId="16">
    <w:abstractNumId w:val="26"/>
  </w:num>
  <w:num w:numId="17">
    <w:abstractNumId w:val="46"/>
  </w:num>
  <w:num w:numId="18">
    <w:abstractNumId w:val="31"/>
  </w:num>
  <w:num w:numId="19">
    <w:abstractNumId w:val="34"/>
  </w:num>
  <w:num w:numId="20">
    <w:abstractNumId w:val="43"/>
  </w:num>
  <w:num w:numId="21">
    <w:abstractNumId w:val="45"/>
  </w:num>
  <w:num w:numId="22">
    <w:abstractNumId w:val="25"/>
  </w:num>
  <w:num w:numId="23">
    <w:abstractNumId w:val="29"/>
  </w:num>
  <w:num w:numId="24">
    <w:abstractNumId w:val="44"/>
  </w:num>
  <w:num w:numId="25">
    <w:abstractNumId w:val="41"/>
  </w:num>
  <w:num w:numId="26">
    <w:abstractNumId w:val="38"/>
  </w:num>
  <w:num w:numId="27">
    <w:abstractNumId w:val="18"/>
  </w:num>
  <w:num w:numId="28">
    <w:abstractNumId w:val="12"/>
  </w:num>
  <w:num w:numId="29">
    <w:abstractNumId w:val="37"/>
  </w:num>
  <w:num w:numId="30">
    <w:abstractNumId w:val="23"/>
  </w:num>
  <w:num w:numId="31">
    <w:abstractNumId w:val="33"/>
  </w:num>
  <w:num w:numId="32">
    <w:abstractNumId w:val="11"/>
  </w:num>
  <w:num w:numId="33">
    <w:abstractNumId w:val="21"/>
  </w:num>
  <w:num w:numId="34">
    <w:abstractNumId w:val="17"/>
  </w:num>
  <w:num w:numId="35">
    <w:abstractNumId w:val="40"/>
  </w:num>
  <w:num w:numId="36">
    <w:abstractNumId w:val="36"/>
  </w:num>
  <w:num w:numId="37">
    <w:abstractNumId w:val="28"/>
  </w:num>
  <w:num w:numId="38">
    <w:abstractNumId w:val="16"/>
  </w:num>
  <w:num w:numId="39">
    <w:abstractNumId w:val="35"/>
  </w:num>
  <w:num w:numId="40">
    <w:abstractNumId w:val="13"/>
  </w:num>
  <w:num w:numId="41">
    <w:abstractNumId w:val="20"/>
  </w:num>
  <w:num w:numId="42">
    <w:abstractNumId w:val="42"/>
  </w:num>
  <w:num w:numId="43">
    <w:abstractNumId w:val="15"/>
  </w:num>
  <w:num w:numId="44">
    <w:abstractNumId w:val="14"/>
  </w:num>
  <w:num w:numId="45">
    <w:abstractNumId w:val="19"/>
  </w:num>
  <w:num w:numId="46">
    <w:abstractNumId w:val="22"/>
  </w:num>
  <w:num w:numId="47">
    <w:abstractNumId w:val="27"/>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4C"/>
    <w:rsid w:val="00034616"/>
    <w:rsid w:val="00040840"/>
    <w:rsid w:val="00045B5B"/>
    <w:rsid w:val="0006063C"/>
    <w:rsid w:val="00096586"/>
    <w:rsid w:val="000F47E0"/>
    <w:rsid w:val="000F7ED4"/>
    <w:rsid w:val="00106A45"/>
    <w:rsid w:val="001114FC"/>
    <w:rsid w:val="00143E2F"/>
    <w:rsid w:val="0015074B"/>
    <w:rsid w:val="001536A4"/>
    <w:rsid w:val="0016009F"/>
    <w:rsid w:val="00186B53"/>
    <w:rsid w:val="00194845"/>
    <w:rsid w:val="00195771"/>
    <w:rsid w:val="001E3FE4"/>
    <w:rsid w:val="00204486"/>
    <w:rsid w:val="0021006B"/>
    <w:rsid w:val="002272C8"/>
    <w:rsid w:val="0024262C"/>
    <w:rsid w:val="00243664"/>
    <w:rsid w:val="0026486C"/>
    <w:rsid w:val="00276B64"/>
    <w:rsid w:val="0029639D"/>
    <w:rsid w:val="002C2E26"/>
    <w:rsid w:val="002E288D"/>
    <w:rsid w:val="002F20D7"/>
    <w:rsid w:val="00326891"/>
    <w:rsid w:val="00326F90"/>
    <w:rsid w:val="00334042"/>
    <w:rsid w:val="00344522"/>
    <w:rsid w:val="00366E2A"/>
    <w:rsid w:val="00383BCE"/>
    <w:rsid w:val="00394343"/>
    <w:rsid w:val="003A2677"/>
    <w:rsid w:val="003A59BF"/>
    <w:rsid w:val="003A69F3"/>
    <w:rsid w:val="003B3CB7"/>
    <w:rsid w:val="003B7A57"/>
    <w:rsid w:val="003C49BA"/>
    <w:rsid w:val="003E4B1D"/>
    <w:rsid w:val="003F6735"/>
    <w:rsid w:val="003F768A"/>
    <w:rsid w:val="004617EB"/>
    <w:rsid w:val="00477FB6"/>
    <w:rsid w:val="00482E87"/>
    <w:rsid w:val="004B3C84"/>
    <w:rsid w:val="0054170F"/>
    <w:rsid w:val="00541C3E"/>
    <w:rsid w:val="00547D79"/>
    <w:rsid w:val="00553F6B"/>
    <w:rsid w:val="00556EF1"/>
    <w:rsid w:val="00591365"/>
    <w:rsid w:val="005C3A85"/>
    <w:rsid w:val="005C414E"/>
    <w:rsid w:val="00641BC1"/>
    <w:rsid w:val="00643051"/>
    <w:rsid w:val="00651027"/>
    <w:rsid w:val="00682EE2"/>
    <w:rsid w:val="00687789"/>
    <w:rsid w:val="006D2EBF"/>
    <w:rsid w:val="00723A77"/>
    <w:rsid w:val="007620CE"/>
    <w:rsid w:val="00784485"/>
    <w:rsid w:val="00785253"/>
    <w:rsid w:val="00795FE5"/>
    <w:rsid w:val="007E1000"/>
    <w:rsid w:val="007E1EA8"/>
    <w:rsid w:val="007E2344"/>
    <w:rsid w:val="007E282A"/>
    <w:rsid w:val="00803B22"/>
    <w:rsid w:val="00804FC0"/>
    <w:rsid w:val="008073E9"/>
    <w:rsid w:val="00831E31"/>
    <w:rsid w:val="008328D8"/>
    <w:rsid w:val="00835861"/>
    <w:rsid w:val="00873278"/>
    <w:rsid w:val="00883A60"/>
    <w:rsid w:val="008A41CD"/>
    <w:rsid w:val="008A53BC"/>
    <w:rsid w:val="008B334E"/>
    <w:rsid w:val="008B6779"/>
    <w:rsid w:val="008C5B1C"/>
    <w:rsid w:val="008C7A29"/>
    <w:rsid w:val="008D2F0A"/>
    <w:rsid w:val="008F3B76"/>
    <w:rsid w:val="009436EC"/>
    <w:rsid w:val="00960D7F"/>
    <w:rsid w:val="009A7C74"/>
    <w:rsid w:val="009E5F3F"/>
    <w:rsid w:val="009F058D"/>
    <w:rsid w:val="00A00634"/>
    <w:rsid w:val="00A069A8"/>
    <w:rsid w:val="00A33818"/>
    <w:rsid w:val="00A34D3F"/>
    <w:rsid w:val="00A37F70"/>
    <w:rsid w:val="00A43842"/>
    <w:rsid w:val="00A646DA"/>
    <w:rsid w:val="00A74A78"/>
    <w:rsid w:val="00AA1D8D"/>
    <w:rsid w:val="00AA5CAE"/>
    <w:rsid w:val="00AE646B"/>
    <w:rsid w:val="00AE6FA6"/>
    <w:rsid w:val="00B00AB8"/>
    <w:rsid w:val="00B1459A"/>
    <w:rsid w:val="00B14F78"/>
    <w:rsid w:val="00B340F4"/>
    <w:rsid w:val="00B34C9D"/>
    <w:rsid w:val="00B47730"/>
    <w:rsid w:val="00B5115A"/>
    <w:rsid w:val="00B86187"/>
    <w:rsid w:val="00BA6D8C"/>
    <w:rsid w:val="00BF456E"/>
    <w:rsid w:val="00C04725"/>
    <w:rsid w:val="00C11C42"/>
    <w:rsid w:val="00C14F85"/>
    <w:rsid w:val="00C97609"/>
    <w:rsid w:val="00CA0EB6"/>
    <w:rsid w:val="00CB0664"/>
    <w:rsid w:val="00CE7B50"/>
    <w:rsid w:val="00D07FC5"/>
    <w:rsid w:val="00D14E0A"/>
    <w:rsid w:val="00D36D1C"/>
    <w:rsid w:val="00D554A8"/>
    <w:rsid w:val="00DA2E16"/>
    <w:rsid w:val="00DB79C6"/>
    <w:rsid w:val="00DD0BA1"/>
    <w:rsid w:val="00E11F67"/>
    <w:rsid w:val="00E14ACD"/>
    <w:rsid w:val="00E34D54"/>
    <w:rsid w:val="00E5324B"/>
    <w:rsid w:val="00EA76C7"/>
    <w:rsid w:val="00EC2178"/>
    <w:rsid w:val="00EC4069"/>
    <w:rsid w:val="00EC482F"/>
    <w:rsid w:val="00F2248D"/>
    <w:rsid w:val="00F36AAE"/>
    <w:rsid w:val="00F475D3"/>
    <w:rsid w:val="00F50A2C"/>
    <w:rsid w:val="00FA7202"/>
    <w:rsid w:val="00FC0ED8"/>
    <w:rsid w:val="00FC693F"/>
    <w:rsid w:val="00FE2B81"/>
    <w:rsid w:val="00FE4078"/>
    <w:rsid w:val="00FF21F4"/>
    <w:rsid w:val="00FF7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369FFE"/>
  <w14:defaultImageDpi w14:val="300"/>
  <w15:docId w15:val="{A5907295-B458-4EC7-AB35-FA9CD027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52" w:line="252" w:lineRule="auto"/>
    </w:pPr>
    <w:rPr>
      <w:rFonts w:ascii="Aptos" w:eastAsia="Arial" w:hAnsi="Aptos"/>
      <w:noProof/>
      <w:color w:val="273449"/>
      <w:sz w:val="17"/>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avuzTablo1Ak-Vurgu4">
    <w:name w:val="Grid Table 1 Light Accent 4"/>
    <w:basedOn w:val="NormalTablo"/>
    <w:uiPriority w:val="46"/>
    <w:rsid w:val="00AE646B"/>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AE646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ListeTablo3-Vurgu1">
    <w:name w:val="List Table 3 Accent 1"/>
    <w:basedOn w:val="NormalTablo"/>
    <w:uiPriority w:val="48"/>
    <w:rsid w:val="00AE646B"/>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Kpr">
    <w:name w:val="Hyperlink"/>
    <w:basedOn w:val="VarsaylanParagrafYazTipi"/>
    <w:uiPriority w:val="99"/>
    <w:unhideWhenUsed/>
    <w:rsid w:val="00B5115A"/>
    <w:rPr>
      <w:color w:val="0000FF" w:themeColor="hyperlink"/>
      <w:u w:val="single"/>
    </w:rPr>
  </w:style>
  <w:style w:type="character" w:styleId="zmlenmeyenBahsetme">
    <w:name w:val="Unresolved Mention"/>
    <w:basedOn w:val="VarsaylanParagrafYazTipi"/>
    <w:uiPriority w:val="99"/>
    <w:semiHidden/>
    <w:unhideWhenUsed/>
    <w:rsid w:val="00B5115A"/>
    <w:rPr>
      <w:color w:val="605E5C"/>
      <w:shd w:val="clear" w:color="auto" w:fill="E1DFDD"/>
    </w:rPr>
  </w:style>
  <w:style w:type="paragraph" w:styleId="NormalWeb">
    <w:name w:val="Normal (Web)"/>
    <w:basedOn w:val="Normal"/>
    <w:uiPriority w:val="99"/>
    <w:semiHidden/>
    <w:unhideWhenUsed/>
    <w:rsid w:val="00E34D54"/>
    <w:pPr>
      <w:spacing w:before="100" w:beforeAutospacing="1" w:after="100" w:afterAutospacing="1" w:line="240" w:lineRule="auto"/>
    </w:pPr>
    <w:rPr>
      <w:rFonts w:ascii="Times New Roman" w:eastAsia="Times New Roman" w:hAnsi="Times New Roman" w:cs="Times New Roman"/>
      <w:color w:val="auto"/>
      <w:sz w:val="24"/>
      <w:szCs w:val="24"/>
      <w:lang w:eastAsia="tr-TR"/>
    </w:rPr>
  </w:style>
  <w:style w:type="paragraph" w:customStyle="1" w:styleId="isselectedend">
    <w:name w:val="isselectedend"/>
    <w:basedOn w:val="Normal"/>
    <w:uiPriority w:val="99"/>
    <w:rsid w:val="00E34D54"/>
    <w:pPr>
      <w:spacing w:before="100" w:beforeAutospacing="1" w:after="100" w:afterAutospacing="1" w:line="240" w:lineRule="auto"/>
    </w:pPr>
    <w:rPr>
      <w:rFonts w:ascii="Times New Roman" w:eastAsia="Times New Roman" w:hAnsi="Times New Roman" w:cs="Times New Roman"/>
      <w:color w:val="auto"/>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262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cet.org.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mcet@maden.org.t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3F290-5782-435E-91B3-2021B36C1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6</Pages>
  <Words>2347</Words>
  <Characters>13380</Characters>
  <Application>Microsoft Office Word</Application>
  <DocSecurity>0</DocSecurity>
  <Lines>111</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Maden 1954</dc:creator>
  <cp:keywords/>
  <dc:description>generated by python-docx</dc:description>
  <cp:lastModifiedBy>GÜLCAN KOÇ</cp:lastModifiedBy>
  <cp:revision>24</cp:revision>
  <dcterms:created xsi:type="dcterms:W3CDTF">2026-08-13T18:30:00Z</dcterms:created>
  <dcterms:modified xsi:type="dcterms:W3CDTF">2026-10-07T12:30:00Z</dcterms:modified>
  <cp:category/>
</cp:coreProperties>
</file>